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w:rPr>
          <w:b/>
          <w:i w:val="0"/>
          <w:sz w:val="32"/>
          <w:u w:val="none"/>
        </w:rPr>
        <w:t>[Firma]</w:t>
      </w:r>
    </w:p>
    <w:p>
      <w:pPr>
        <w:spacing w:before="60" w:after="0"/>
      </w:pPr>
      <w:r>
        <w:rPr>
          <w:b w:val="0"/>
          <w:i w:val="0"/>
          <w:color w:val="5F6B78"/>
          <w:sz w:val="17"/>
          <w:u w:val="none"/>
        </w:rPr>
        <w:t>[Strasse Nr.] · [PLZ Ort] · [Telefon] · [E-Mail] · [Website]</w:t>
      </w:r>
    </w:p>
    <w:p>
      <w:pPr>
        <w:spacing w:before="0" w:after="0"/>
      </w:pPr>
      <w:r>
        <w:rPr>
          <w:b w:val="0"/>
          <w:i w:val="0"/>
          <w:color w:val="5F6B78"/>
          <w:sz w:val="17"/>
          <w:u w:val="none"/>
        </w:rPr>
        <w:t>[UID / MWST-Nr. CHE-…]</w:t>
      </w:r>
    </w:p>
    <w:p>
      <w:pPr>
        <w:spacing w:before="200" w:after="0"/>
      </w:pPr>
    </w:p>
    <w:tbl>
      <w:tblPr>
        <w:tblW w:type="auto" w:w="0"/>
        <w:jc w:val="left"/>
        <w:tblLayout w:type="fixed"/>
        <w:tblLook w:firstColumn="1" w:firstRow="1" w:lastColumn="0" w:lastRow="0" w:noHBand="0" w:noVBand="1" w:val="04A0"/>
      </w:tblPr>
      <w:tblGrid>
        <w:gridCol w:w="5216"/>
        <w:gridCol w:w="4422"/>
      </w:tblGrid>
      <w:tr>
        <w:trPr>
          <w:trHeight w:val="1587" w:hRule="atLeast"/>
        </w:trPr>
        <w:tc>
          <w:tcPr>
            <w:tcW w:type="dxa" w:w="5216"/>
            <w:vAlign w:val="top"/>
          </w:tcPr>
          <w:p/>
        </w:tc>
        <w:tc>
          <w:tcPr>
            <w:tcW w:type="dxa" w:w="4422"/>
            <w:vAlign w:val="top"/>
          </w:tcPr>
          <w:p>
            <w:pPr>
              <w:spacing w:before="0" w:after="80"/>
            </w:pPr>
            <w:r>
              <w:rPr>
                <w:b w:val="0"/>
                <w:i w:val="0"/>
                <w:color w:val="5F6B78"/>
                <w:sz w:val="14"/>
                <w:u w:val="single"/>
              </w:rPr>
              <w:t>[Firma] · [Strasse Nr.] · [PLZ Ort]</w:t>
            </w:r>
          </w:p>
          <w:p>
            <w:pPr>
              <w:spacing w:before="0" w:after="0"/>
            </w:pPr>
            <w:r>
              <w:rPr>
                <w:b w:val="0"/>
                <w:i w:val="0"/>
                <w:u w:val="none"/>
              </w:rPr>
              <w:t>[Firma Kundin oder Kunde]</w:t>
            </w:r>
          </w:p>
          <w:p>
            <w:pPr>
              <w:spacing w:before="0" w:after="0"/>
            </w:pPr>
            <w:r>
              <w:rPr>
                <w:b w:val="0"/>
                <w:i w:val="0"/>
                <w:u w:val="none"/>
              </w:rPr>
              <w:t>[Vorname Name]</w:t>
            </w:r>
          </w:p>
          <w:p>
            <w:pPr>
              <w:spacing w:before="0" w:after="0"/>
            </w:pPr>
            <w:r>
              <w:rPr>
                <w:b w:val="0"/>
                <w:i w:val="0"/>
                <w:u w:val="none"/>
              </w:rPr>
              <w:t>[Strasse Nr.]</w:t>
            </w:r>
          </w:p>
          <w:p>
            <w:pPr>
              <w:spacing w:before="0" w:after="0"/>
            </w:pPr>
            <w:r>
              <w:rPr>
                <w:b w:val="0"/>
                <w:i w:val="0"/>
                <w:u w:val="none"/>
              </w:rPr>
              <w:t>[PLZ Ort]</w:t>
            </w:r>
          </w:p>
        </w:tc>
      </w:tr>
    </w:tbl>
    <w:p>
      <w:pPr>
        <w:spacing w:before="240" w:after="0"/>
      </w:pPr>
      <w:r>
        <w:rPr>
          <w:b w:val="0"/>
          <w:i w:val="0"/>
          <w:u w:val="none"/>
        </w:rPr>
        <w:t>[Ort], [Datum]</w:t>
      </w:r>
    </w:p>
    <w:p>
      <w:pPr>
        <w:spacing w:before="200" w:after="120"/>
      </w:pPr>
      <w:r>
        <w:rPr>
          <w:b/>
          <w:i w:val="0"/>
          <w:sz w:val="28"/>
          <w:u w:val="none"/>
        </w:rPr>
        <w:t>Zahlungserinnerung</w:t>
      </w:r>
    </w:p>
    <w:tbl>
      <w:tblPr>
        <w:tblW w:type="auto" w:w="0"/>
        <w:jc w:val="left"/>
        <w:tblLayout w:type="fixed"/>
        <w:tblLook w:firstColumn="1" w:firstRow="1" w:lastColumn="0" w:lastRow="0" w:noHBand="0" w:noVBand="1" w:val="04A0"/>
      </w:tblPr>
      <w:tblGrid>
        <w:gridCol w:w="2268"/>
        <w:gridCol w:w="3402"/>
      </w:tblGrid>
      <w:tr>
        <w:trPr>
          <w:trHeight w:val="312" w:hRule="atLeast"/>
        </w:trPr>
        <w:tc>
          <w:tcPr>
            <w:tcW w:type="dxa" w:w="2268"/>
            <w:vAlign w:val="center"/>
          </w:tcPr>
          <w:p>
            <w:pPr>
              <w:spacing w:before="0" w:after="0"/>
            </w:pPr>
            <w:r>
              <w:rPr>
                <w:b w:val="0"/>
                <w:i w:val="0"/>
                <w:color w:val="5F6B78"/>
                <w:sz w:val="17"/>
                <w:u w:val="none"/>
              </w:rPr>
              <w:t>Rechnung Nr.</w:t>
            </w:r>
          </w:p>
        </w:tc>
        <w:tc>
          <w:tcPr>
            <w:tcW w:type="dxa" w:w="3402"/>
            <w:vAlign w:val="center"/>
          </w:tcPr>
          <w:p>
            <w:pPr>
              <w:spacing w:before="0" w:after="0"/>
            </w:pPr>
            <w:r>
              <w:rPr>
                <w:b w:val="0"/>
                <w:i w:val="0"/>
                <w:sz w:val="18"/>
                <w:u w:val="none"/>
              </w:rPr>
              <w:t>[2026-001]</w:t>
            </w:r>
          </w:p>
        </w:tc>
      </w:tr>
      <w:tr>
        <w:trPr>
          <w:trHeight w:val="312" w:hRule="atLeast"/>
        </w:trPr>
        <w:tc>
          <w:tcPr>
            <w:tcW w:type="dxa" w:w="2268"/>
            <w:vAlign w:val="center"/>
          </w:tcPr>
          <w:p>
            <w:pPr>
              <w:spacing w:before="0" w:after="0"/>
            </w:pPr>
            <w:r>
              <w:rPr>
                <w:b w:val="0"/>
                <w:i w:val="0"/>
                <w:color w:val="5F6B78"/>
                <w:sz w:val="17"/>
                <w:u w:val="none"/>
              </w:rPr>
              <w:t>Rechnungsdatum</w:t>
            </w:r>
          </w:p>
        </w:tc>
        <w:tc>
          <w:tcPr>
            <w:tcW w:type="dxa" w:w="3402"/>
            <w:vAlign w:val="center"/>
          </w:tcPr>
          <w:p>
            <w:pPr>
              <w:spacing w:before="0" w:after="0"/>
            </w:pPr>
            <w:r>
              <w:rPr>
                <w:b w:val="0"/>
                <w:i w:val="0"/>
                <w:sz w:val="18"/>
                <w:u w:val="none"/>
              </w:rPr>
              <w:t>[Datum]</w:t>
            </w:r>
          </w:p>
        </w:tc>
      </w:tr>
      <w:tr>
        <w:trPr>
          <w:trHeight w:val="312" w:hRule="atLeast"/>
        </w:trPr>
        <w:tc>
          <w:tcPr>
            <w:tcW w:type="dxa" w:w="2268"/>
            <w:vAlign w:val="center"/>
          </w:tcPr>
          <w:p>
            <w:pPr>
              <w:spacing w:before="0" w:after="0"/>
            </w:pPr>
            <w:r>
              <w:rPr>
                <w:b w:val="0"/>
                <w:i w:val="0"/>
                <w:color w:val="5F6B78"/>
                <w:sz w:val="17"/>
                <w:u w:val="none"/>
              </w:rPr>
              <w:t>Fällig seit</w:t>
            </w:r>
          </w:p>
        </w:tc>
        <w:tc>
          <w:tcPr>
            <w:tcW w:type="dxa" w:w="3402"/>
            <w:vAlign w:val="center"/>
          </w:tcPr>
          <w:p>
            <w:pPr>
              <w:spacing w:before="0" w:after="0"/>
            </w:pPr>
            <w:r>
              <w:rPr>
                <w:b w:val="0"/>
                <w:i w:val="0"/>
                <w:sz w:val="18"/>
                <w:u w:val="none"/>
              </w:rPr>
              <w:t>[Datum]</w:t>
            </w:r>
          </w:p>
        </w:tc>
      </w:tr>
    </w:tbl>
    <w:p>
      <w:pPr>
        <w:spacing w:before="240" w:after="0"/>
      </w:pPr>
      <w:r>
        <w:rPr>
          <w:b w:val="0"/>
          <w:i w:val="0"/>
          <w:u w:val="none"/>
        </w:rPr>
        <w:t>[Sehr geehrte Frau / Sehr geehrter Herr] [Name]</w:t>
      </w:r>
    </w:p>
    <w:p>
      <w:pPr>
        <w:spacing w:before="140" w:after="0"/>
      </w:pPr>
      <w:r>
        <w:rPr>
          <w:b w:val="0"/>
          <w:i w:val="0"/>
          <w:u w:val="none"/>
        </w:rPr>
        <w:t>Bei der Durchsicht unserer Buchhaltung haben wir festgestellt, dass die oben genannte Rechnung noch offen ist. Sicher ist sie im Alltag untergegangen.</w:t>
      </w:r>
    </w:p>
    <w:p>
      <w:pPr>
        <w:spacing w:before="80" w:after="0"/>
      </w:pPr>
    </w:p>
    <w:tbl>
      <w:tblPr>
        <w:tblW w:type="auto" w:w="0"/>
        <w:jc w:val="left"/>
        <w:tblLayout w:type="fixed"/>
        <w:tblLook w:firstColumn="1" w:firstRow="1" w:lastColumn="0" w:lastRow="0" w:noHBand="0" w:noVBand="1" w:val="04A0"/>
      </w:tblPr>
      <w:tblGrid>
        <w:gridCol w:w="5669"/>
        <w:gridCol w:w="2268"/>
      </w:tblGrid>
      <w:tr>
        <w:trPr>
          <w:trHeight w:val="369" w:hRule="atLeast"/>
        </w:trPr>
        <w:tc>
          <w:tcPr>
            <w:tcW w:type="dxa" w:w="5669"/>
            <w:tcBorders>
              <w:bottom w:val="single" w:sz="4" w:space="0" w:color="B8C2CC"/>
            </w:tcBorders>
            <w:vAlign w:val="center"/>
          </w:tcPr>
          <w:p>
            <w:pPr>
              <w:spacing w:before="0" w:after="0"/>
            </w:pPr>
            <w:r>
              <w:rPr>
                <w:b w:val="0"/>
                <w:i w:val="0"/>
                <w:sz w:val="18"/>
                <w:u w:val="none"/>
              </w:rPr>
              <w:t>Offener Rechnungsbetrag</w:t>
            </w:r>
          </w:p>
        </w:tc>
        <w:tc>
          <w:tcPr>
            <w:tcW w:type="dxa" w:w="2268"/>
            <w:tcBorders>
              <w:bottom w:val="single" w:sz="4" w:space="0" w:color="B8C2CC"/>
            </w:tcBorders>
            <w:vAlign w:val="center"/>
          </w:tcPr>
          <w:p>
            <w:pPr>
              <w:spacing w:before="0" w:after="0"/>
              <w:jc w:val="right"/>
            </w:pPr>
            <w:r>
              <w:rPr>
                <w:b w:val="0"/>
                <w:i w:val="0"/>
                <w:sz w:val="18"/>
                <w:u w:val="none"/>
              </w:rPr>
              <w:t>CHF [0.00]</w:t>
            </w:r>
          </w:p>
        </w:tc>
      </w:tr>
    </w:tbl>
    <w:p>
      <w:pPr>
        <w:spacing w:before="140" w:after="0"/>
      </w:pPr>
      <w:r>
        <w:rPr>
          <w:b w:val="0"/>
          <w:i w:val="0"/>
          <w:u w:val="none"/>
        </w:rPr>
        <w:t>Bitte überweisen Sie den offenen Betrag bis [Datum, z. B. in 10 Tagen] auf unser Konto. Eine Kopie der Rechnung mit Zahlteil liegt bei.</w:t>
      </w:r>
    </w:p>
    <w:p>
      <w:pPr>
        <w:spacing w:before="140" w:after="0"/>
      </w:pPr>
      <w:r>
        <w:rPr>
          <w:b w:val="0"/>
          <w:i w:val="0"/>
          <w:u w:val="none"/>
        </w:rPr>
        <w:t>Haben Sie in der Zwischenzeit bezahlt, betrachten Sie dieses Schreiben als gegenstandslos. Bei Fragen erreichen Sie uns unter [Telefon] oder [E-Mail].</w:t>
      </w:r>
    </w:p>
    <w:p>
      <w:pPr>
        <w:spacing w:before="160" w:after="0"/>
      </w:pPr>
      <w:r>
        <w:rPr>
          <w:b w:val="0"/>
          <w:i w:val="0"/>
          <w:sz w:val="18"/>
          <w:u w:val="none"/>
        </w:rPr>
        <w:t>Bank: [Name der Bank] · IBAN: [CH00 0000 0000 0000 0000 0] · lautend auf [Firma]</w:t>
      </w:r>
    </w:p>
    <w:p>
      <w:pPr>
        <w:spacing w:before="200" w:after="0"/>
      </w:pPr>
      <w:r>
        <w:rPr>
          <w:b w:val="0"/>
          <w:i w:val="0"/>
          <w:u w:val="none"/>
        </w:rPr>
        <w:t>Freundliche Grüsse</w:t>
      </w:r>
    </w:p>
    <w:p>
      <w:pPr>
        <w:spacing w:before="40" w:after="0"/>
      </w:pPr>
      <w:r>
        <w:rPr>
          <w:b w:val="0"/>
          <w:i w:val="0"/>
          <w:u w:val="none"/>
        </w:rPr>
        <w:t>[Firma]</w:t>
      </w:r>
    </w:p>
    <w:p>
      <w:pPr>
        <w:spacing w:before="320" w:after="0"/>
      </w:pPr>
      <w:r>
        <w:rPr>
          <w:b w:val="0"/>
          <w:i w:val="0"/>
          <w:u w:val="none"/>
        </w:rPr>
        <w:t>[Vorname Name, Funktion]</w:t>
      </w:r>
    </w:p>
    <w:p>
      <w:pPr>
        <w:spacing w:before="240" w:after="0"/>
      </w:pPr>
      <w:r>
        <w:rPr>
          <w:b w:val="0"/>
          <w:i w:val="0"/>
          <w:color w:val="5F6B78"/>
          <w:sz w:val="17"/>
          <w:u w:val="none"/>
        </w:rPr>
        <w:t>Beilage: Kopie der Rechnung mit Zahlteil</w:t>
      </w:r>
    </w:p>
    <w:p>
      <w:pPr>
        <w:spacing w:before="160" w:after="0"/>
      </w:pPr>
      <w:r>
        <w:rPr>
          <w:b w:val="0"/>
          <w:i/>
          <w:color w:val="86909B"/>
          <w:sz w:val="15"/>
          <w:u w:val="none"/>
        </w:rPr>
        <w:t>[Hinweis, vor dem Versand löschen: Die Zahlungserinnerung gilt als Mahnung. Ab ihrem Zugang ist die Kundin oder der Kunde im Verzug (Art. 102 OR).]</w:t>
      </w:r>
    </w:p>
    <w:p>
      <w:r>
        <w:br w:type="page"/>
      </w:r>
    </w:p>
    <w:p>
      <w:pPr>
        <w:spacing w:before="0" w:after="0"/>
      </w:pPr>
      <w:r>
        <w:rPr>
          <w:b/>
          <w:i w:val="0"/>
          <w:sz w:val="32"/>
          <w:u w:val="none"/>
        </w:rPr>
        <w:t>[Firma]</w:t>
      </w:r>
    </w:p>
    <w:p>
      <w:pPr>
        <w:spacing w:before="60" w:after="0"/>
      </w:pPr>
      <w:r>
        <w:rPr>
          <w:b w:val="0"/>
          <w:i w:val="0"/>
          <w:color w:val="5F6B78"/>
          <w:sz w:val="17"/>
          <w:u w:val="none"/>
        </w:rPr>
        <w:t>[Strasse Nr.] · [PLZ Ort] · [Telefon] · [E-Mail] · [Website]</w:t>
      </w:r>
    </w:p>
    <w:p>
      <w:pPr>
        <w:spacing w:before="0" w:after="0"/>
      </w:pPr>
      <w:r>
        <w:rPr>
          <w:b w:val="0"/>
          <w:i w:val="0"/>
          <w:color w:val="5F6B78"/>
          <w:sz w:val="17"/>
          <w:u w:val="none"/>
        </w:rPr>
        <w:t>[UID / MWST-Nr. CHE-…]</w:t>
      </w:r>
    </w:p>
    <w:p>
      <w:pPr>
        <w:spacing w:before="200" w:after="0"/>
      </w:pPr>
    </w:p>
    <w:tbl>
      <w:tblPr>
        <w:tblW w:type="auto" w:w="0"/>
        <w:jc w:val="left"/>
        <w:tblLayout w:type="fixed"/>
        <w:tblLook w:firstColumn="1" w:firstRow="1" w:lastColumn="0" w:lastRow="0" w:noHBand="0" w:noVBand="1" w:val="04A0"/>
      </w:tblPr>
      <w:tblGrid>
        <w:gridCol w:w="5216"/>
        <w:gridCol w:w="4422"/>
      </w:tblGrid>
      <w:tr>
        <w:trPr>
          <w:trHeight w:val="1587" w:hRule="atLeast"/>
        </w:trPr>
        <w:tc>
          <w:tcPr>
            <w:tcW w:type="dxa" w:w="5216"/>
            <w:vAlign w:val="top"/>
          </w:tcPr>
          <w:p/>
        </w:tc>
        <w:tc>
          <w:tcPr>
            <w:tcW w:type="dxa" w:w="4422"/>
            <w:vAlign w:val="top"/>
          </w:tcPr>
          <w:p>
            <w:pPr>
              <w:spacing w:before="0" w:after="80"/>
            </w:pPr>
            <w:r>
              <w:rPr>
                <w:b w:val="0"/>
                <w:i w:val="0"/>
                <w:color w:val="5F6B78"/>
                <w:sz w:val="14"/>
                <w:u w:val="single"/>
              </w:rPr>
              <w:t>[Firma] · [Strasse Nr.] · [PLZ Ort]</w:t>
            </w:r>
          </w:p>
          <w:p>
            <w:pPr>
              <w:spacing w:before="0" w:after="0"/>
            </w:pPr>
            <w:r>
              <w:rPr>
                <w:b w:val="0"/>
                <w:i w:val="0"/>
                <w:u w:val="none"/>
              </w:rPr>
              <w:t>[Firma Kundin oder Kunde]</w:t>
            </w:r>
          </w:p>
          <w:p>
            <w:pPr>
              <w:spacing w:before="0" w:after="0"/>
            </w:pPr>
            <w:r>
              <w:rPr>
                <w:b w:val="0"/>
                <w:i w:val="0"/>
                <w:u w:val="none"/>
              </w:rPr>
              <w:t>[Vorname Name]</w:t>
            </w:r>
          </w:p>
          <w:p>
            <w:pPr>
              <w:spacing w:before="0" w:after="0"/>
            </w:pPr>
            <w:r>
              <w:rPr>
                <w:b w:val="0"/>
                <w:i w:val="0"/>
                <w:u w:val="none"/>
              </w:rPr>
              <w:t>[Strasse Nr.]</w:t>
            </w:r>
          </w:p>
          <w:p>
            <w:pPr>
              <w:spacing w:before="0" w:after="0"/>
            </w:pPr>
            <w:r>
              <w:rPr>
                <w:b w:val="0"/>
                <w:i w:val="0"/>
                <w:u w:val="none"/>
              </w:rPr>
              <w:t>[PLZ Ort]</w:t>
            </w:r>
          </w:p>
        </w:tc>
      </w:tr>
    </w:tbl>
    <w:p>
      <w:pPr>
        <w:spacing w:before="240" w:after="0"/>
      </w:pPr>
      <w:r>
        <w:rPr>
          <w:b w:val="0"/>
          <w:i w:val="0"/>
          <w:u w:val="none"/>
        </w:rPr>
        <w:t>[Ort], [Datum]</w:t>
      </w:r>
    </w:p>
    <w:p>
      <w:pPr>
        <w:spacing w:before="200" w:after="120"/>
      </w:pPr>
      <w:r>
        <w:rPr>
          <w:b/>
          <w:i w:val="0"/>
          <w:sz w:val="28"/>
          <w:u w:val="none"/>
        </w:rPr>
        <w:t>1. Mahnung</w:t>
      </w:r>
    </w:p>
    <w:tbl>
      <w:tblPr>
        <w:tblW w:type="auto" w:w="0"/>
        <w:jc w:val="left"/>
        <w:tblLayout w:type="fixed"/>
        <w:tblLook w:firstColumn="1" w:firstRow="1" w:lastColumn="0" w:lastRow="0" w:noHBand="0" w:noVBand="1" w:val="04A0"/>
      </w:tblPr>
      <w:tblGrid>
        <w:gridCol w:w="2268"/>
        <w:gridCol w:w="3402"/>
      </w:tblGrid>
      <w:tr>
        <w:trPr>
          <w:trHeight w:val="312" w:hRule="atLeast"/>
        </w:trPr>
        <w:tc>
          <w:tcPr>
            <w:tcW w:type="dxa" w:w="2268"/>
            <w:vAlign w:val="center"/>
          </w:tcPr>
          <w:p>
            <w:pPr>
              <w:spacing w:before="0" w:after="0"/>
            </w:pPr>
            <w:r>
              <w:rPr>
                <w:b w:val="0"/>
                <w:i w:val="0"/>
                <w:color w:val="5F6B78"/>
                <w:sz w:val="17"/>
                <w:u w:val="none"/>
              </w:rPr>
              <w:t>Rechnung Nr.</w:t>
            </w:r>
          </w:p>
        </w:tc>
        <w:tc>
          <w:tcPr>
            <w:tcW w:type="dxa" w:w="3402"/>
            <w:vAlign w:val="center"/>
          </w:tcPr>
          <w:p>
            <w:pPr>
              <w:spacing w:before="0" w:after="0"/>
            </w:pPr>
            <w:r>
              <w:rPr>
                <w:b w:val="0"/>
                <w:i w:val="0"/>
                <w:sz w:val="18"/>
                <w:u w:val="none"/>
              </w:rPr>
              <w:t>[2026-001]</w:t>
            </w:r>
          </w:p>
        </w:tc>
      </w:tr>
      <w:tr>
        <w:trPr>
          <w:trHeight w:val="312" w:hRule="atLeast"/>
        </w:trPr>
        <w:tc>
          <w:tcPr>
            <w:tcW w:type="dxa" w:w="2268"/>
            <w:vAlign w:val="center"/>
          </w:tcPr>
          <w:p>
            <w:pPr>
              <w:spacing w:before="0" w:after="0"/>
            </w:pPr>
            <w:r>
              <w:rPr>
                <w:b w:val="0"/>
                <w:i w:val="0"/>
                <w:color w:val="5F6B78"/>
                <w:sz w:val="17"/>
                <w:u w:val="none"/>
              </w:rPr>
              <w:t>Rechnungsdatum</w:t>
            </w:r>
          </w:p>
        </w:tc>
        <w:tc>
          <w:tcPr>
            <w:tcW w:type="dxa" w:w="3402"/>
            <w:vAlign w:val="center"/>
          </w:tcPr>
          <w:p>
            <w:pPr>
              <w:spacing w:before="0" w:after="0"/>
            </w:pPr>
            <w:r>
              <w:rPr>
                <w:b w:val="0"/>
                <w:i w:val="0"/>
                <w:sz w:val="18"/>
                <w:u w:val="none"/>
              </w:rPr>
              <w:t>[Datum]</w:t>
            </w:r>
          </w:p>
        </w:tc>
      </w:tr>
      <w:tr>
        <w:trPr>
          <w:trHeight w:val="312" w:hRule="atLeast"/>
        </w:trPr>
        <w:tc>
          <w:tcPr>
            <w:tcW w:type="dxa" w:w="2268"/>
            <w:vAlign w:val="center"/>
          </w:tcPr>
          <w:p>
            <w:pPr>
              <w:spacing w:before="0" w:after="0"/>
            </w:pPr>
            <w:r>
              <w:rPr>
                <w:b w:val="0"/>
                <w:i w:val="0"/>
                <w:color w:val="5F6B78"/>
                <w:sz w:val="17"/>
                <w:u w:val="none"/>
              </w:rPr>
              <w:t>Fällig seit</w:t>
            </w:r>
          </w:p>
        </w:tc>
        <w:tc>
          <w:tcPr>
            <w:tcW w:type="dxa" w:w="3402"/>
            <w:vAlign w:val="center"/>
          </w:tcPr>
          <w:p>
            <w:pPr>
              <w:spacing w:before="0" w:after="0"/>
            </w:pPr>
            <w:r>
              <w:rPr>
                <w:b w:val="0"/>
                <w:i w:val="0"/>
                <w:sz w:val="18"/>
                <w:u w:val="none"/>
              </w:rPr>
              <w:t>[Datum]</w:t>
            </w:r>
          </w:p>
        </w:tc>
      </w:tr>
    </w:tbl>
    <w:p>
      <w:pPr>
        <w:spacing w:before="240" w:after="0"/>
      </w:pPr>
      <w:r>
        <w:rPr>
          <w:b w:val="0"/>
          <w:i w:val="0"/>
          <w:u w:val="none"/>
        </w:rPr>
        <w:t>[Sehr geehrte Frau / Sehr geehrter Herr] [Name]</w:t>
      </w:r>
    </w:p>
    <w:p>
      <w:pPr>
        <w:spacing w:before="140" w:after="0"/>
      </w:pPr>
      <w:r>
        <w:rPr>
          <w:b w:val="0"/>
          <w:i w:val="0"/>
          <w:u w:val="none"/>
        </w:rPr>
        <w:t>Unsere Rechnung und unsere Zahlungserinnerung vom [Datum] sind leider bis heute unbezahlt geblieben.</w:t>
      </w:r>
    </w:p>
    <w:p>
      <w:pPr>
        <w:spacing w:before="80" w:after="0"/>
      </w:pPr>
    </w:p>
    <w:tbl>
      <w:tblPr>
        <w:tblW w:type="auto" w:w="0"/>
        <w:jc w:val="left"/>
        <w:tblLayout w:type="fixed"/>
        <w:tblLook w:firstColumn="1" w:firstRow="1" w:lastColumn="0" w:lastRow="0" w:noHBand="0" w:noVBand="1" w:val="04A0"/>
      </w:tblPr>
      <w:tblGrid>
        <w:gridCol w:w="5669"/>
        <w:gridCol w:w="2268"/>
      </w:tblGrid>
      <w:tr>
        <w:trPr>
          <w:trHeight w:val="369" w:hRule="atLeast"/>
        </w:trPr>
        <w:tc>
          <w:tcPr>
            <w:tcW w:type="dxa" w:w="5669"/>
            <w:tcBorders>
              <w:bottom w:val="single" w:sz="4" w:space="0" w:color="B8C2CC"/>
            </w:tcBorders>
            <w:vAlign w:val="center"/>
          </w:tcPr>
          <w:p>
            <w:pPr>
              <w:spacing w:before="0" w:after="0"/>
            </w:pPr>
            <w:r>
              <w:rPr>
                <w:b w:val="0"/>
                <w:i w:val="0"/>
                <w:sz w:val="18"/>
                <w:u w:val="none"/>
              </w:rPr>
              <w:t>Offener Rechnungsbetrag</w:t>
            </w:r>
          </w:p>
        </w:tc>
        <w:tc>
          <w:tcPr>
            <w:tcW w:type="dxa" w:w="2268"/>
            <w:tcBorders>
              <w:bottom w:val="single" w:sz="4" w:space="0" w:color="B8C2CC"/>
            </w:tcBorders>
            <w:vAlign w:val="center"/>
          </w:tcPr>
          <w:p>
            <w:pPr>
              <w:spacing w:before="0" w:after="0"/>
              <w:jc w:val="right"/>
            </w:pPr>
            <w:r>
              <w:rPr>
                <w:b w:val="0"/>
                <w:i w:val="0"/>
                <w:sz w:val="18"/>
                <w:u w:val="none"/>
              </w:rPr>
              <w:t>CHF [0.00]</w:t>
            </w:r>
          </w:p>
        </w:tc>
      </w:tr>
      <w:tr>
        <w:trPr>
          <w:trHeight w:val="369" w:hRule="atLeast"/>
        </w:trPr>
        <w:tc>
          <w:tcPr>
            <w:tcW w:type="dxa" w:w="5669"/>
            <w:tcBorders>
              <w:bottom w:val="single" w:sz="4" w:space="0" w:color="B8C2CC"/>
            </w:tcBorders>
            <w:vAlign w:val="center"/>
          </w:tcPr>
          <w:p>
            <w:pPr>
              <w:spacing w:before="0" w:after="0"/>
            </w:pPr>
            <w:r>
              <w:rPr>
                <w:b w:val="0"/>
                <w:i w:val="0"/>
                <w:sz w:val="18"/>
                <w:u w:val="none"/>
              </w:rPr>
              <w:t>Verzugszins 5 % seit [Datum]</w:t>
            </w:r>
          </w:p>
        </w:tc>
        <w:tc>
          <w:tcPr>
            <w:tcW w:type="dxa" w:w="2268"/>
            <w:tcBorders>
              <w:bottom w:val="single" w:sz="4" w:space="0" w:color="B8C2CC"/>
            </w:tcBorders>
            <w:vAlign w:val="center"/>
          </w:tcPr>
          <w:p>
            <w:pPr>
              <w:spacing w:before="0" w:after="0"/>
              <w:jc w:val="right"/>
            </w:pPr>
            <w:r>
              <w:rPr>
                <w:b w:val="0"/>
                <w:i w:val="0"/>
                <w:sz w:val="18"/>
                <w:u w:val="none"/>
              </w:rPr>
              <w:t>CHF [0.00]</w:t>
            </w:r>
          </w:p>
        </w:tc>
      </w:tr>
      <w:tr>
        <w:trPr>
          <w:trHeight w:val="369" w:hRule="atLeast"/>
        </w:trPr>
        <w:tc>
          <w:tcPr>
            <w:tcW w:type="dxa" w:w="5669"/>
            <w:tcBorders>
              <w:bottom w:val="single" w:sz="4" w:space="0" w:color="B8C2CC"/>
            </w:tcBorders>
            <w:vAlign w:val="center"/>
          </w:tcPr>
          <w:p>
            <w:pPr>
              <w:spacing w:before="0" w:after="0"/>
            </w:pPr>
            <w:r>
              <w:rPr>
                <w:b w:val="0"/>
                <w:i w:val="0"/>
                <w:sz w:val="18"/>
                <w:u w:val="none"/>
              </w:rPr>
              <w:t>[Mahngebühr, nur wenn vorher vereinbart]</w:t>
            </w:r>
          </w:p>
        </w:tc>
        <w:tc>
          <w:tcPr>
            <w:tcW w:type="dxa" w:w="2268"/>
            <w:tcBorders>
              <w:bottom w:val="single" w:sz="4" w:space="0" w:color="B8C2CC"/>
            </w:tcBorders>
            <w:vAlign w:val="center"/>
          </w:tcPr>
          <w:p>
            <w:pPr>
              <w:spacing w:before="0" w:after="0"/>
              <w:jc w:val="right"/>
            </w:pPr>
            <w:r>
              <w:rPr>
                <w:b w:val="0"/>
                <w:i w:val="0"/>
                <w:sz w:val="18"/>
                <w:u w:val="none"/>
              </w:rPr>
              <w:t>CHF [0.00]</w:t>
            </w:r>
          </w:p>
        </w:tc>
      </w:tr>
      <w:tr>
        <w:trPr>
          <w:trHeight w:val="369" w:hRule="atLeast"/>
        </w:trPr>
        <w:tc>
          <w:tcPr>
            <w:tcW w:type="dxa" w:w="5669"/>
            <w:tcBorders>
              <w:top w:val="single" w:sz="12" w:space="0" w:color="243447"/>
              <w:bottom w:val="single" w:sz="4" w:space="0" w:color="B8C2CC"/>
            </w:tcBorders>
            <w:vAlign w:val="center"/>
          </w:tcPr>
          <w:p>
            <w:pPr>
              <w:spacing w:before="0" w:after="0"/>
            </w:pPr>
            <w:r>
              <w:rPr>
                <w:b/>
                <w:i w:val="0"/>
                <w:sz w:val="18"/>
                <w:u w:val="none"/>
              </w:rPr>
              <w:t>Total offen</w:t>
            </w:r>
          </w:p>
        </w:tc>
        <w:tc>
          <w:tcPr>
            <w:tcW w:type="dxa" w:w="2268"/>
            <w:tcBorders>
              <w:top w:val="single" w:sz="12" w:space="0" w:color="243447"/>
              <w:bottom w:val="single" w:sz="4" w:space="0" w:color="B8C2CC"/>
            </w:tcBorders>
            <w:vAlign w:val="center"/>
          </w:tcPr>
          <w:p>
            <w:pPr>
              <w:spacing w:before="0" w:after="0"/>
              <w:jc w:val="right"/>
            </w:pPr>
            <w:r>
              <w:rPr>
                <w:b/>
                <w:i w:val="0"/>
                <w:sz w:val="18"/>
                <w:u w:val="none"/>
              </w:rPr>
              <w:t>CHF [0.00]</w:t>
            </w:r>
          </w:p>
        </w:tc>
      </w:tr>
    </w:tbl>
    <w:p>
      <w:pPr>
        <w:spacing w:before="140" w:after="0"/>
      </w:pPr>
      <w:r>
        <w:rPr>
          <w:b w:val="0"/>
          <w:i w:val="0"/>
          <w:u w:val="none"/>
        </w:rPr>
        <w:t>Wir bitten Sie, den Gesamtbetrag bis [Datum, z. B. in 10 Tagen] zu überweisen. Eine Kopie der Rechnung mit Zahlteil liegt bei.</w:t>
      </w:r>
    </w:p>
    <w:p>
      <w:pPr>
        <w:spacing w:before="140" w:after="0"/>
      </w:pPr>
      <w:r>
        <w:rPr>
          <w:b w:val="0"/>
          <w:i w:val="0"/>
          <w:u w:val="none"/>
        </w:rPr>
        <w:t>Ist Ihnen die Zahlung im Moment nicht möglich, melden Sie sich bitte bei uns. Gemeinsam finden wir eine Lösung, zum Beispiel eine Ratenzahlung.</w:t>
      </w:r>
    </w:p>
    <w:p>
      <w:pPr>
        <w:spacing w:before="160" w:after="0"/>
      </w:pPr>
      <w:r>
        <w:rPr>
          <w:b w:val="0"/>
          <w:i w:val="0"/>
          <w:sz w:val="18"/>
          <w:u w:val="none"/>
        </w:rPr>
        <w:t>Bank: [Name der Bank] · IBAN: [CH00 0000 0000 0000 0000 0] · lautend auf [Firma]</w:t>
      </w:r>
    </w:p>
    <w:p>
      <w:pPr>
        <w:spacing w:before="200" w:after="0"/>
      </w:pPr>
      <w:r>
        <w:rPr>
          <w:b w:val="0"/>
          <w:i w:val="0"/>
          <w:u w:val="none"/>
        </w:rPr>
        <w:t>Freundliche Grüsse</w:t>
      </w:r>
    </w:p>
    <w:p>
      <w:pPr>
        <w:spacing w:before="40" w:after="0"/>
      </w:pPr>
      <w:r>
        <w:rPr>
          <w:b w:val="0"/>
          <w:i w:val="0"/>
          <w:u w:val="none"/>
        </w:rPr>
        <w:t>[Firma]</w:t>
      </w:r>
    </w:p>
    <w:p>
      <w:pPr>
        <w:spacing w:before="320" w:after="0"/>
      </w:pPr>
      <w:r>
        <w:rPr>
          <w:b w:val="0"/>
          <w:i w:val="0"/>
          <w:u w:val="none"/>
        </w:rPr>
        <w:t>[Vorname Name, Funktion]</w:t>
      </w:r>
    </w:p>
    <w:p>
      <w:pPr>
        <w:spacing w:before="240" w:after="0"/>
      </w:pPr>
      <w:r>
        <w:rPr>
          <w:b w:val="0"/>
          <w:i w:val="0"/>
          <w:color w:val="5F6B78"/>
          <w:sz w:val="17"/>
          <w:u w:val="none"/>
        </w:rPr>
        <w:t>Beilage: Kopie der Rechnung mit Zahlteil</w:t>
      </w:r>
    </w:p>
    <w:p>
      <w:pPr>
        <w:spacing w:before="160" w:after="0"/>
      </w:pPr>
      <w:r>
        <w:rPr>
          <w:b w:val="0"/>
          <w:i/>
          <w:color w:val="86909B"/>
          <w:sz w:val="15"/>
          <w:u w:val="none"/>
        </w:rPr>
        <w:t>[Hinweise, vor dem Versand löschen: Verzugszins 5 % pro Jahr ab Verzug (Art. 104 OR), Verzug ab der ersten Mahnung oder ab einem vereinbarten Zahlungstermin (Art. 102 OR). Eine Mahngebühr nur verlangen, wenn sie vorher vereinbart war, z. B. in Offerte oder AGB.]</w:t>
      </w:r>
    </w:p>
    <w:p>
      <w:r>
        <w:br w:type="page"/>
      </w:r>
    </w:p>
    <w:p>
      <w:pPr>
        <w:spacing w:before="0" w:after="0"/>
      </w:pPr>
      <w:r>
        <w:rPr>
          <w:b/>
          <w:i w:val="0"/>
          <w:sz w:val="32"/>
          <w:u w:val="none"/>
        </w:rPr>
        <w:t>[Firma]</w:t>
      </w:r>
    </w:p>
    <w:p>
      <w:pPr>
        <w:spacing w:before="60" w:after="0"/>
      </w:pPr>
      <w:r>
        <w:rPr>
          <w:b w:val="0"/>
          <w:i w:val="0"/>
          <w:color w:val="5F6B78"/>
          <w:sz w:val="17"/>
          <w:u w:val="none"/>
        </w:rPr>
        <w:t>[Strasse Nr.] · [PLZ Ort] · [Telefon] · [E-Mail] · [Website]</w:t>
      </w:r>
    </w:p>
    <w:p>
      <w:pPr>
        <w:spacing w:before="0" w:after="0"/>
      </w:pPr>
      <w:r>
        <w:rPr>
          <w:b w:val="0"/>
          <w:i w:val="0"/>
          <w:color w:val="5F6B78"/>
          <w:sz w:val="17"/>
          <w:u w:val="none"/>
        </w:rPr>
        <w:t>[UID / MWST-Nr. CHE-…]</w:t>
      </w:r>
    </w:p>
    <w:p>
      <w:pPr>
        <w:spacing w:before="200" w:after="0"/>
      </w:pPr>
    </w:p>
    <w:tbl>
      <w:tblPr>
        <w:tblW w:type="auto" w:w="0"/>
        <w:jc w:val="left"/>
        <w:tblLayout w:type="fixed"/>
        <w:tblLook w:firstColumn="1" w:firstRow="1" w:lastColumn="0" w:lastRow="0" w:noHBand="0" w:noVBand="1" w:val="04A0"/>
      </w:tblPr>
      <w:tblGrid>
        <w:gridCol w:w="5216"/>
        <w:gridCol w:w="4422"/>
      </w:tblGrid>
      <w:tr>
        <w:trPr>
          <w:trHeight w:val="1587" w:hRule="atLeast"/>
        </w:trPr>
        <w:tc>
          <w:tcPr>
            <w:tcW w:type="dxa" w:w="5216"/>
            <w:vAlign w:val="top"/>
          </w:tcPr>
          <w:p/>
        </w:tc>
        <w:tc>
          <w:tcPr>
            <w:tcW w:type="dxa" w:w="4422"/>
            <w:vAlign w:val="top"/>
          </w:tcPr>
          <w:p>
            <w:pPr>
              <w:spacing w:before="0" w:after="80"/>
            </w:pPr>
            <w:r>
              <w:rPr>
                <w:b w:val="0"/>
                <w:i w:val="0"/>
                <w:color w:val="5F6B78"/>
                <w:sz w:val="14"/>
                <w:u w:val="single"/>
              </w:rPr>
              <w:t>[Firma] · [Strasse Nr.] · [PLZ Ort]</w:t>
            </w:r>
          </w:p>
          <w:p>
            <w:pPr>
              <w:spacing w:before="0" w:after="0"/>
            </w:pPr>
            <w:r>
              <w:rPr>
                <w:b w:val="0"/>
                <w:i w:val="0"/>
                <w:u w:val="none"/>
              </w:rPr>
              <w:t>[Firma Kundin oder Kunde]</w:t>
            </w:r>
          </w:p>
          <w:p>
            <w:pPr>
              <w:spacing w:before="0" w:after="0"/>
            </w:pPr>
            <w:r>
              <w:rPr>
                <w:b w:val="0"/>
                <w:i w:val="0"/>
                <w:u w:val="none"/>
              </w:rPr>
              <w:t>[Vorname Name]</w:t>
            </w:r>
          </w:p>
          <w:p>
            <w:pPr>
              <w:spacing w:before="0" w:after="0"/>
            </w:pPr>
            <w:r>
              <w:rPr>
                <w:b w:val="0"/>
                <w:i w:val="0"/>
                <w:u w:val="none"/>
              </w:rPr>
              <w:t>[Strasse Nr.]</w:t>
            </w:r>
          </w:p>
          <w:p>
            <w:pPr>
              <w:spacing w:before="0" w:after="0"/>
            </w:pPr>
            <w:r>
              <w:rPr>
                <w:b w:val="0"/>
                <w:i w:val="0"/>
                <w:u w:val="none"/>
              </w:rPr>
              <w:t>[PLZ Ort]</w:t>
            </w:r>
          </w:p>
        </w:tc>
      </w:tr>
    </w:tbl>
    <w:p>
      <w:pPr>
        <w:spacing w:before="240" w:after="0"/>
      </w:pPr>
      <w:r>
        <w:rPr>
          <w:b w:val="0"/>
          <w:i w:val="0"/>
          <w:u w:val="none"/>
        </w:rPr>
        <w:t>[Ort], [Datum]</w:t>
      </w:r>
    </w:p>
    <w:p>
      <w:pPr>
        <w:spacing w:before="200" w:after="120"/>
      </w:pPr>
      <w:r>
        <w:rPr>
          <w:b/>
          <w:i w:val="0"/>
          <w:sz w:val="28"/>
          <w:u w:val="none"/>
        </w:rPr>
        <w:t>2. Mahnung</w:t>
      </w:r>
    </w:p>
    <w:tbl>
      <w:tblPr>
        <w:tblW w:type="auto" w:w="0"/>
        <w:jc w:val="left"/>
        <w:tblLayout w:type="fixed"/>
        <w:tblLook w:firstColumn="1" w:firstRow="1" w:lastColumn="0" w:lastRow="0" w:noHBand="0" w:noVBand="1" w:val="04A0"/>
      </w:tblPr>
      <w:tblGrid>
        <w:gridCol w:w="2268"/>
        <w:gridCol w:w="3402"/>
      </w:tblGrid>
      <w:tr>
        <w:trPr>
          <w:trHeight w:val="312" w:hRule="atLeast"/>
        </w:trPr>
        <w:tc>
          <w:tcPr>
            <w:tcW w:type="dxa" w:w="2268"/>
            <w:vAlign w:val="center"/>
          </w:tcPr>
          <w:p>
            <w:pPr>
              <w:spacing w:before="0" w:after="0"/>
            </w:pPr>
            <w:r>
              <w:rPr>
                <w:b w:val="0"/>
                <w:i w:val="0"/>
                <w:color w:val="5F6B78"/>
                <w:sz w:val="17"/>
                <w:u w:val="none"/>
              </w:rPr>
              <w:t>Rechnung Nr.</w:t>
            </w:r>
          </w:p>
        </w:tc>
        <w:tc>
          <w:tcPr>
            <w:tcW w:type="dxa" w:w="3402"/>
            <w:vAlign w:val="center"/>
          </w:tcPr>
          <w:p>
            <w:pPr>
              <w:spacing w:before="0" w:after="0"/>
            </w:pPr>
            <w:r>
              <w:rPr>
                <w:b w:val="0"/>
                <w:i w:val="0"/>
                <w:sz w:val="18"/>
                <w:u w:val="none"/>
              </w:rPr>
              <w:t>[2026-001]</w:t>
            </w:r>
          </w:p>
        </w:tc>
      </w:tr>
      <w:tr>
        <w:trPr>
          <w:trHeight w:val="312" w:hRule="atLeast"/>
        </w:trPr>
        <w:tc>
          <w:tcPr>
            <w:tcW w:type="dxa" w:w="2268"/>
            <w:vAlign w:val="center"/>
          </w:tcPr>
          <w:p>
            <w:pPr>
              <w:spacing w:before="0" w:after="0"/>
            </w:pPr>
            <w:r>
              <w:rPr>
                <w:b w:val="0"/>
                <w:i w:val="0"/>
                <w:color w:val="5F6B78"/>
                <w:sz w:val="17"/>
                <w:u w:val="none"/>
              </w:rPr>
              <w:t>Rechnungsdatum</w:t>
            </w:r>
          </w:p>
        </w:tc>
        <w:tc>
          <w:tcPr>
            <w:tcW w:type="dxa" w:w="3402"/>
            <w:vAlign w:val="center"/>
          </w:tcPr>
          <w:p>
            <w:pPr>
              <w:spacing w:before="0" w:after="0"/>
            </w:pPr>
            <w:r>
              <w:rPr>
                <w:b w:val="0"/>
                <w:i w:val="0"/>
                <w:sz w:val="18"/>
                <w:u w:val="none"/>
              </w:rPr>
              <w:t>[Datum]</w:t>
            </w:r>
          </w:p>
        </w:tc>
      </w:tr>
      <w:tr>
        <w:trPr>
          <w:trHeight w:val="312" w:hRule="atLeast"/>
        </w:trPr>
        <w:tc>
          <w:tcPr>
            <w:tcW w:type="dxa" w:w="2268"/>
            <w:vAlign w:val="center"/>
          </w:tcPr>
          <w:p>
            <w:pPr>
              <w:spacing w:before="0" w:after="0"/>
            </w:pPr>
            <w:r>
              <w:rPr>
                <w:b w:val="0"/>
                <w:i w:val="0"/>
                <w:color w:val="5F6B78"/>
                <w:sz w:val="17"/>
                <w:u w:val="none"/>
              </w:rPr>
              <w:t>Fällig seit</w:t>
            </w:r>
          </w:p>
        </w:tc>
        <w:tc>
          <w:tcPr>
            <w:tcW w:type="dxa" w:w="3402"/>
            <w:vAlign w:val="center"/>
          </w:tcPr>
          <w:p>
            <w:pPr>
              <w:spacing w:before="0" w:after="0"/>
            </w:pPr>
            <w:r>
              <w:rPr>
                <w:b w:val="0"/>
                <w:i w:val="0"/>
                <w:sz w:val="18"/>
                <w:u w:val="none"/>
              </w:rPr>
              <w:t>[Datum]</w:t>
            </w:r>
          </w:p>
        </w:tc>
      </w:tr>
    </w:tbl>
    <w:p>
      <w:pPr>
        <w:spacing w:before="240" w:after="0"/>
      </w:pPr>
      <w:r>
        <w:rPr>
          <w:b w:val="0"/>
          <w:i w:val="0"/>
          <w:u w:val="none"/>
        </w:rPr>
        <w:t>[Sehr geehrte Frau / Sehr geehrter Herr] [Name]</w:t>
      </w:r>
    </w:p>
    <w:p>
      <w:pPr>
        <w:spacing w:before="140" w:after="0"/>
      </w:pPr>
      <w:r>
        <w:rPr>
          <w:b w:val="0"/>
          <w:i w:val="0"/>
          <w:u w:val="none"/>
        </w:rPr>
        <w:t>Trotz Zahlungserinnerung vom [Datum] und 1. Mahnung vom [Datum] ist unsere Rechnung noch immer offen. Eine Rückmeldung von Ihnen haben wir nicht erhalten.</w:t>
      </w:r>
    </w:p>
    <w:p>
      <w:pPr>
        <w:spacing w:before="80" w:after="0"/>
      </w:pPr>
    </w:p>
    <w:tbl>
      <w:tblPr>
        <w:tblW w:type="auto" w:w="0"/>
        <w:jc w:val="left"/>
        <w:tblLayout w:type="fixed"/>
        <w:tblLook w:firstColumn="1" w:firstRow="1" w:lastColumn="0" w:lastRow="0" w:noHBand="0" w:noVBand="1" w:val="04A0"/>
      </w:tblPr>
      <w:tblGrid>
        <w:gridCol w:w="5669"/>
        <w:gridCol w:w="2268"/>
      </w:tblGrid>
      <w:tr>
        <w:trPr>
          <w:trHeight w:val="369" w:hRule="atLeast"/>
        </w:trPr>
        <w:tc>
          <w:tcPr>
            <w:tcW w:type="dxa" w:w="5669"/>
            <w:tcBorders>
              <w:bottom w:val="single" w:sz="4" w:space="0" w:color="B8C2CC"/>
            </w:tcBorders>
            <w:vAlign w:val="center"/>
          </w:tcPr>
          <w:p>
            <w:pPr>
              <w:spacing w:before="0" w:after="0"/>
            </w:pPr>
            <w:r>
              <w:rPr>
                <w:b w:val="0"/>
                <w:i w:val="0"/>
                <w:sz w:val="18"/>
                <w:u w:val="none"/>
              </w:rPr>
              <w:t>Offener Rechnungsbetrag</w:t>
            </w:r>
          </w:p>
        </w:tc>
        <w:tc>
          <w:tcPr>
            <w:tcW w:type="dxa" w:w="2268"/>
            <w:tcBorders>
              <w:bottom w:val="single" w:sz="4" w:space="0" w:color="B8C2CC"/>
            </w:tcBorders>
            <w:vAlign w:val="center"/>
          </w:tcPr>
          <w:p>
            <w:pPr>
              <w:spacing w:before="0" w:after="0"/>
              <w:jc w:val="right"/>
            </w:pPr>
            <w:r>
              <w:rPr>
                <w:b w:val="0"/>
                <w:i w:val="0"/>
                <w:sz w:val="18"/>
                <w:u w:val="none"/>
              </w:rPr>
              <w:t>CHF [0.00]</w:t>
            </w:r>
          </w:p>
        </w:tc>
      </w:tr>
      <w:tr>
        <w:trPr>
          <w:trHeight w:val="369" w:hRule="atLeast"/>
        </w:trPr>
        <w:tc>
          <w:tcPr>
            <w:tcW w:type="dxa" w:w="5669"/>
            <w:tcBorders>
              <w:bottom w:val="single" w:sz="4" w:space="0" w:color="B8C2CC"/>
            </w:tcBorders>
            <w:vAlign w:val="center"/>
          </w:tcPr>
          <w:p>
            <w:pPr>
              <w:spacing w:before="0" w:after="0"/>
            </w:pPr>
            <w:r>
              <w:rPr>
                <w:b w:val="0"/>
                <w:i w:val="0"/>
                <w:sz w:val="18"/>
                <w:u w:val="none"/>
              </w:rPr>
              <w:t>Verzugszins 5 % seit [Datum]</w:t>
            </w:r>
          </w:p>
        </w:tc>
        <w:tc>
          <w:tcPr>
            <w:tcW w:type="dxa" w:w="2268"/>
            <w:tcBorders>
              <w:bottom w:val="single" w:sz="4" w:space="0" w:color="B8C2CC"/>
            </w:tcBorders>
            <w:vAlign w:val="center"/>
          </w:tcPr>
          <w:p>
            <w:pPr>
              <w:spacing w:before="0" w:after="0"/>
              <w:jc w:val="right"/>
            </w:pPr>
            <w:r>
              <w:rPr>
                <w:b w:val="0"/>
                <w:i w:val="0"/>
                <w:sz w:val="18"/>
                <w:u w:val="none"/>
              </w:rPr>
              <w:t>CHF [0.00]</w:t>
            </w:r>
          </w:p>
        </w:tc>
      </w:tr>
      <w:tr>
        <w:trPr>
          <w:trHeight w:val="369" w:hRule="atLeast"/>
        </w:trPr>
        <w:tc>
          <w:tcPr>
            <w:tcW w:type="dxa" w:w="5669"/>
            <w:tcBorders>
              <w:bottom w:val="single" w:sz="4" w:space="0" w:color="B8C2CC"/>
            </w:tcBorders>
            <w:vAlign w:val="center"/>
          </w:tcPr>
          <w:p>
            <w:pPr>
              <w:spacing w:before="0" w:after="0"/>
            </w:pPr>
            <w:r>
              <w:rPr>
                <w:b w:val="0"/>
                <w:i w:val="0"/>
                <w:sz w:val="18"/>
                <w:u w:val="none"/>
              </w:rPr>
              <w:t>[Mahngebühr, nur wenn vorher vereinbart]</w:t>
            </w:r>
          </w:p>
        </w:tc>
        <w:tc>
          <w:tcPr>
            <w:tcW w:type="dxa" w:w="2268"/>
            <w:tcBorders>
              <w:bottom w:val="single" w:sz="4" w:space="0" w:color="B8C2CC"/>
            </w:tcBorders>
            <w:vAlign w:val="center"/>
          </w:tcPr>
          <w:p>
            <w:pPr>
              <w:spacing w:before="0" w:after="0"/>
              <w:jc w:val="right"/>
            </w:pPr>
            <w:r>
              <w:rPr>
                <w:b w:val="0"/>
                <w:i w:val="0"/>
                <w:sz w:val="18"/>
                <w:u w:val="none"/>
              </w:rPr>
              <w:t>CHF [0.00]</w:t>
            </w:r>
          </w:p>
        </w:tc>
      </w:tr>
      <w:tr>
        <w:trPr>
          <w:trHeight w:val="369" w:hRule="atLeast"/>
        </w:trPr>
        <w:tc>
          <w:tcPr>
            <w:tcW w:type="dxa" w:w="5669"/>
            <w:tcBorders>
              <w:top w:val="single" w:sz="12" w:space="0" w:color="243447"/>
              <w:bottom w:val="single" w:sz="4" w:space="0" w:color="B8C2CC"/>
            </w:tcBorders>
            <w:vAlign w:val="center"/>
          </w:tcPr>
          <w:p>
            <w:pPr>
              <w:spacing w:before="0" w:after="0"/>
            </w:pPr>
            <w:r>
              <w:rPr>
                <w:b/>
                <w:i w:val="0"/>
                <w:sz w:val="18"/>
                <w:u w:val="none"/>
              </w:rPr>
              <w:t>Total offen</w:t>
            </w:r>
          </w:p>
        </w:tc>
        <w:tc>
          <w:tcPr>
            <w:tcW w:type="dxa" w:w="2268"/>
            <w:tcBorders>
              <w:top w:val="single" w:sz="12" w:space="0" w:color="243447"/>
              <w:bottom w:val="single" w:sz="4" w:space="0" w:color="B8C2CC"/>
            </w:tcBorders>
            <w:vAlign w:val="center"/>
          </w:tcPr>
          <w:p>
            <w:pPr>
              <w:spacing w:before="0" w:after="0"/>
              <w:jc w:val="right"/>
            </w:pPr>
            <w:r>
              <w:rPr>
                <w:b/>
                <w:i w:val="0"/>
                <w:sz w:val="18"/>
                <w:u w:val="none"/>
              </w:rPr>
              <w:t>CHF [0.00]</w:t>
            </w:r>
          </w:p>
        </w:tc>
      </w:tr>
    </w:tbl>
    <w:p>
      <w:pPr>
        <w:spacing w:before="140" w:after="0"/>
      </w:pPr>
      <w:r>
        <w:rPr>
          <w:b w:val="0"/>
          <w:i w:val="0"/>
          <w:u w:val="none"/>
        </w:rPr>
        <w:t>Wir fordern Sie auf, den Gesamtbetrag bis spätestens [Datum, z. B. in 10 Tagen] zu überweisen.</w:t>
      </w:r>
    </w:p>
    <w:p>
      <w:pPr>
        <w:spacing w:before="140" w:after="0"/>
      </w:pPr>
      <w:r>
        <w:rPr>
          <w:b w:val="0"/>
          <w:i w:val="0"/>
          <w:u w:val="none"/>
        </w:rPr>
        <w:t>Geht bis dahin weder Ihre Zahlung noch eine Nachricht bei uns ein, werden wir weitere Schritte zur Durchsetzung unserer Forderung einleiten.</w:t>
      </w:r>
    </w:p>
    <w:p>
      <w:pPr>
        <w:spacing w:before="160" w:after="0"/>
      </w:pPr>
      <w:r>
        <w:rPr>
          <w:b w:val="0"/>
          <w:i w:val="0"/>
          <w:sz w:val="18"/>
          <w:u w:val="none"/>
        </w:rPr>
        <w:t>Bank: [Name der Bank] · IBAN: [CH00 0000 0000 0000 0000 0] · lautend auf [Firma]</w:t>
      </w:r>
    </w:p>
    <w:p>
      <w:pPr>
        <w:spacing w:before="200" w:after="0"/>
      </w:pPr>
      <w:r>
        <w:rPr>
          <w:b w:val="0"/>
          <w:i w:val="0"/>
          <w:u w:val="none"/>
        </w:rPr>
        <w:t>Freundliche Grüsse</w:t>
      </w:r>
    </w:p>
    <w:p>
      <w:pPr>
        <w:spacing w:before="40" w:after="0"/>
      </w:pPr>
      <w:r>
        <w:rPr>
          <w:b w:val="0"/>
          <w:i w:val="0"/>
          <w:u w:val="none"/>
        </w:rPr>
        <w:t>[Firma]</w:t>
      </w:r>
    </w:p>
    <w:p>
      <w:pPr>
        <w:spacing w:before="320" w:after="0"/>
      </w:pPr>
      <w:r>
        <w:rPr>
          <w:b w:val="0"/>
          <w:i w:val="0"/>
          <w:u w:val="none"/>
        </w:rPr>
        <w:t>[Vorname Name, Funktion]</w:t>
      </w:r>
    </w:p>
    <w:p>
      <w:pPr>
        <w:spacing w:before="240" w:after="0"/>
      </w:pPr>
      <w:r>
        <w:rPr>
          <w:b w:val="0"/>
          <w:i w:val="0"/>
          <w:color w:val="5F6B78"/>
          <w:sz w:val="17"/>
          <w:u w:val="none"/>
        </w:rPr>
        <w:t>Beilage: Kopie der Rechnung mit Zahlteil</w:t>
      </w:r>
    </w:p>
    <w:p>
      <w:pPr>
        <w:spacing w:before="160" w:after="0"/>
      </w:pPr>
      <w:r>
        <w:rPr>
          <w:b w:val="0"/>
          <w:i/>
          <w:color w:val="86909B"/>
          <w:sz w:val="15"/>
          <w:u w:val="none"/>
        </w:rPr>
        <w:t>[Hinweise, vor dem Versand löschen: Verzugszins 5 % pro Jahr ab Verzug (Art. 104 OR), Verzug ab der ersten Mahnung oder ab einem vereinbarten Zahlungstermin (Art. 102 OR). Eine Mahngebühr nur verlangen, wenn sie vorher vereinbart war, z. B. in Offerte oder AGB.]</w:t>
      </w:r>
    </w:p>
    <w:p>
      <w:r>
        <w:br w:type="page"/>
      </w:r>
    </w:p>
    <w:p>
      <w:pPr>
        <w:spacing w:before="0" w:after="0"/>
      </w:pPr>
      <w:r>
        <w:rPr>
          <w:b/>
          <w:i w:val="0"/>
          <w:sz w:val="32"/>
          <w:u w:val="none"/>
        </w:rPr>
        <w:t>[Firma]</w:t>
      </w:r>
    </w:p>
    <w:p>
      <w:pPr>
        <w:spacing w:before="60" w:after="0"/>
      </w:pPr>
      <w:r>
        <w:rPr>
          <w:b w:val="0"/>
          <w:i w:val="0"/>
          <w:color w:val="5F6B78"/>
          <w:sz w:val="17"/>
          <w:u w:val="none"/>
        </w:rPr>
        <w:t>[Strasse Nr.] · [PLZ Ort] · [Telefon] · [E-Mail] · [Website]</w:t>
      </w:r>
    </w:p>
    <w:p>
      <w:pPr>
        <w:spacing w:before="0" w:after="0"/>
      </w:pPr>
      <w:r>
        <w:rPr>
          <w:b w:val="0"/>
          <w:i w:val="0"/>
          <w:color w:val="5F6B78"/>
          <w:sz w:val="17"/>
          <w:u w:val="none"/>
        </w:rPr>
        <w:t>[UID / MWST-Nr. CHE-…]</w:t>
      </w:r>
    </w:p>
    <w:p>
      <w:pPr>
        <w:spacing w:before="200" w:after="0"/>
      </w:pPr>
    </w:p>
    <w:tbl>
      <w:tblPr>
        <w:tblW w:type="auto" w:w="0"/>
        <w:jc w:val="left"/>
        <w:tblLayout w:type="fixed"/>
        <w:tblLook w:firstColumn="1" w:firstRow="1" w:lastColumn="0" w:lastRow="0" w:noHBand="0" w:noVBand="1" w:val="04A0"/>
      </w:tblPr>
      <w:tblGrid>
        <w:gridCol w:w="5216"/>
        <w:gridCol w:w="4422"/>
      </w:tblGrid>
      <w:tr>
        <w:trPr>
          <w:trHeight w:val="1587" w:hRule="atLeast"/>
        </w:trPr>
        <w:tc>
          <w:tcPr>
            <w:tcW w:type="dxa" w:w="5216"/>
            <w:vAlign w:val="top"/>
          </w:tcPr>
          <w:p/>
        </w:tc>
        <w:tc>
          <w:tcPr>
            <w:tcW w:type="dxa" w:w="4422"/>
            <w:vAlign w:val="top"/>
          </w:tcPr>
          <w:p>
            <w:pPr>
              <w:spacing w:before="0" w:after="80"/>
            </w:pPr>
            <w:r>
              <w:rPr>
                <w:b w:val="0"/>
                <w:i w:val="0"/>
                <w:color w:val="5F6B78"/>
                <w:sz w:val="14"/>
                <w:u w:val="single"/>
              </w:rPr>
              <w:t>[Firma] · [Strasse Nr.] · [PLZ Ort]</w:t>
            </w:r>
          </w:p>
          <w:p>
            <w:pPr>
              <w:spacing w:before="0" w:after="0"/>
            </w:pPr>
            <w:r>
              <w:rPr>
                <w:b w:val="0"/>
                <w:i w:val="0"/>
                <w:u w:val="none"/>
              </w:rPr>
              <w:t>[Firma Kundin oder Kunde]</w:t>
            </w:r>
          </w:p>
          <w:p>
            <w:pPr>
              <w:spacing w:before="0" w:after="0"/>
            </w:pPr>
            <w:r>
              <w:rPr>
                <w:b w:val="0"/>
                <w:i w:val="0"/>
                <w:u w:val="none"/>
              </w:rPr>
              <w:t>[Vorname Name]</w:t>
            </w:r>
          </w:p>
          <w:p>
            <w:pPr>
              <w:spacing w:before="0" w:after="0"/>
            </w:pPr>
            <w:r>
              <w:rPr>
                <w:b w:val="0"/>
                <w:i w:val="0"/>
                <w:u w:val="none"/>
              </w:rPr>
              <w:t>[Strasse Nr.]</w:t>
            </w:r>
          </w:p>
          <w:p>
            <w:pPr>
              <w:spacing w:before="0" w:after="0"/>
            </w:pPr>
            <w:r>
              <w:rPr>
                <w:b w:val="0"/>
                <w:i w:val="0"/>
                <w:u w:val="none"/>
              </w:rPr>
              <w:t>[PLZ Ort]</w:t>
            </w:r>
          </w:p>
        </w:tc>
      </w:tr>
    </w:tbl>
    <w:p>
      <w:pPr>
        <w:spacing w:before="240" w:after="0"/>
      </w:pPr>
      <w:r>
        <w:rPr>
          <w:b w:val="0"/>
          <w:i w:val="0"/>
          <w:u w:val="none"/>
        </w:rPr>
        <w:t>[Ort], [Datum]</w:t>
      </w:r>
    </w:p>
    <w:p>
      <w:pPr>
        <w:spacing w:before="200" w:after="120"/>
      </w:pPr>
      <w:r>
        <w:rPr>
          <w:b/>
          <w:i w:val="0"/>
          <w:sz w:val="28"/>
          <w:u w:val="none"/>
        </w:rPr>
        <w:t>Letzte Mahnung vor Betreibung</w:t>
      </w:r>
    </w:p>
    <w:tbl>
      <w:tblPr>
        <w:tblW w:type="auto" w:w="0"/>
        <w:jc w:val="left"/>
        <w:tblLayout w:type="fixed"/>
        <w:tblLook w:firstColumn="1" w:firstRow="1" w:lastColumn="0" w:lastRow="0" w:noHBand="0" w:noVBand="1" w:val="04A0"/>
      </w:tblPr>
      <w:tblGrid>
        <w:gridCol w:w="2268"/>
        <w:gridCol w:w="3402"/>
      </w:tblGrid>
      <w:tr>
        <w:trPr>
          <w:trHeight w:val="312" w:hRule="atLeast"/>
        </w:trPr>
        <w:tc>
          <w:tcPr>
            <w:tcW w:type="dxa" w:w="2268"/>
            <w:vAlign w:val="center"/>
          </w:tcPr>
          <w:p>
            <w:pPr>
              <w:spacing w:before="0" w:after="0"/>
            </w:pPr>
            <w:r>
              <w:rPr>
                <w:b w:val="0"/>
                <w:i w:val="0"/>
                <w:color w:val="5F6B78"/>
                <w:sz w:val="17"/>
                <w:u w:val="none"/>
              </w:rPr>
              <w:t>Rechnung Nr.</w:t>
            </w:r>
          </w:p>
        </w:tc>
        <w:tc>
          <w:tcPr>
            <w:tcW w:type="dxa" w:w="3402"/>
            <w:vAlign w:val="center"/>
          </w:tcPr>
          <w:p>
            <w:pPr>
              <w:spacing w:before="0" w:after="0"/>
            </w:pPr>
            <w:r>
              <w:rPr>
                <w:b w:val="0"/>
                <w:i w:val="0"/>
                <w:sz w:val="18"/>
                <w:u w:val="none"/>
              </w:rPr>
              <w:t>[2026-001]</w:t>
            </w:r>
          </w:p>
        </w:tc>
      </w:tr>
      <w:tr>
        <w:trPr>
          <w:trHeight w:val="312" w:hRule="atLeast"/>
        </w:trPr>
        <w:tc>
          <w:tcPr>
            <w:tcW w:type="dxa" w:w="2268"/>
            <w:vAlign w:val="center"/>
          </w:tcPr>
          <w:p>
            <w:pPr>
              <w:spacing w:before="0" w:after="0"/>
            </w:pPr>
            <w:r>
              <w:rPr>
                <w:b w:val="0"/>
                <w:i w:val="0"/>
                <w:color w:val="5F6B78"/>
                <w:sz w:val="17"/>
                <w:u w:val="none"/>
              </w:rPr>
              <w:t>Rechnungsdatum</w:t>
            </w:r>
          </w:p>
        </w:tc>
        <w:tc>
          <w:tcPr>
            <w:tcW w:type="dxa" w:w="3402"/>
            <w:vAlign w:val="center"/>
          </w:tcPr>
          <w:p>
            <w:pPr>
              <w:spacing w:before="0" w:after="0"/>
            </w:pPr>
            <w:r>
              <w:rPr>
                <w:b w:val="0"/>
                <w:i w:val="0"/>
                <w:sz w:val="18"/>
                <w:u w:val="none"/>
              </w:rPr>
              <w:t>[Datum]</w:t>
            </w:r>
          </w:p>
        </w:tc>
      </w:tr>
      <w:tr>
        <w:trPr>
          <w:trHeight w:val="312" w:hRule="atLeast"/>
        </w:trPr>
        <w:tc>
          <w:tcPr>
            <w:tcW w:type="dxa" w:w="2268"/>
            <w:vAlign w:val="center"/>
          </w:tcPr>
          <w:p>
            <w:pPr>
              <w:spacing w:before="0" w:after="0"/>
            </w:pPr>
            <w:r>
              <w:rPr>
                <w:b w:val="0"/>
                <w:i w:val="0"/>
                <w:color w:val="5F6B78"/>
                <w:sz w:val="17"/>
                <w:u w:val="none"/>
              </w:rPr>
              <w:t>Fällig seit</w:t>
            </w:r>
          </w:p>
        </w:tc>
        <w:tc>
          <w:tcPr>
            <w:tcW w:type="dxa" w:w="3402"/>
            <w:vAlign w:val="center"/>
          </w:tcPr>
          <w:p>
            <w:pPr>
              <w:spacing w:before="0" w:after="0"/>
            </w:pPr>
            <w:r>
              <w:rPr>
                <w:b w:val="0"/>
                <w:i w:val="0"/>
                <w:sz w:val="18"/>
                <w:u w:val="none"/>
              </w:rPr>
              <w:t>[Datum]</w:t>
            </w:r>
          </w:p>
        </w:tc>
      </w:tr>
    </w:tbl>
    <w:p>
      <w:pPr>
        <w:spacing w:before="240" w:after="0"/>
      </w:pPr>
      <w:r>
        <w:rPr>
          <w:b w:val="0"/>
          <w:i w:val="0"/>
          <w:u w:val="none"/>
        </w:rPr>
        <w:t>[Sehr geehrte Frau / Sehr geehrter Herr] [Name]</w:t>
      </w:r>
    </w:p>
    <w:p>
      <w:pPr>
        <w:spacing w:before="140" w:after="0"/>
      </w:pPr>
      <w:r>
        <w:rPr>
          <w:b w:val="0"/>
          <w:i w:val="0"/>
          <w:u w:val="none"/>
        </w:rPr>
        <w:t>Auf unsere Zahlungserinnerung und zwei Mahnungen haben Sie nicht reagiert. Dies ist unsere letzte Mahnung.</w:t>
      </w:r>
    </w:p>
    <w:p>
      <w:pPr>
        <w:spacing w:before="80" w:after="0"/>
      </w:pPr>
    </w:p>
    <w:tbl>
      <w:tblPr>
        <w:tblW w:type="auto" w:w="0"/>
        <w:jc w:val="left"/>
        <w:tblLayout w:type="fixed"/>
        <w:tblLook w:firstColumn="1" w:firstRow="1" w:lastColumn="0" w:lastRow="0" w:noHBand="0" w:noVBand="1" w:val="04A0"/>
      </w:tblPr>
      <w:tblGrid>
        <w:gridCol w:w="5669"/>
        <w:gridCol w:w="2268"/>
      </w:tblGrid>
      <w:tr>
        <w:trPr>
          <w:trHeight w:val="369" w:hRule="atLeast"/>
        </w:trPr>
        <w:tc>
          <w:tcPr>
            <w:tcW w:type="dxa" w:w="5669"/>
            <w:tcBorders>
              <w:bottom w:val="single" w:sz="4" w:space="0" w:color="B8C2CC"/>
            </w:tcBorders>
            <w:vAlign w:val="center"/>
          </w:tcPr>
          <w:p>
            <w:pPr>
              <w:spacing w:before="0" w:after="0"/>
            </w:pPr>
            <w:r>
              <w:rPr>
                <w:b w:val="0"/>
                <w:i w:val="0"/>
                <w:sz w:val="18"/>
                <w:u w:val="none"/>
              </w:rPr>
              <w:t>Offener Rechnungsbetrag</w:t>
            </w:r>
          </w:p>
        </w:tc>
        <w:tc>
          <w:tcPr>
            <w:tcW w:type="dxa" w:w="2268"/>
            <w:tcBorders>
              <w:bottom w:val="single" w:sz="4" w:space="0" w:color="B8C2CC"/>
            </w:tcBorders>
            <w:vAlign w:val="center"/>
          </w:tcPr>
          <w:p>
            <w:pPr>
              <w:spacing w:before="0" w:after="0"/>
              <w:jc w:val="right"/>
            </w:pPr>
            <w:r>
              <w:rPr>
                <w:b w:val="0"/>
                <w:i w:val="0"/>
                <w:sz w:val="18"/>
                <w:u w:val="none"/>
              </w:rPr>
              <w:t>CHF [0.00]</w:t>
            </w:r>
          </w:p>
        </w:tc>
      </w:tr>
      <w:tr>
        <w:trPr>
          <w:trHeight w:val="369" w:hRule="atLeast"/>
        </w:trPr>
        <w:tc>
          <w:tcPr>
            <w:tcW w:type="dxa" w:w="5669"/>
            <w:tcBorders>
              <w:bottom w:val="single" w:sz="4" w:space="0" w:color="B8C2CC"/>
            </w:tcBorders>
            <w:vAlign w:val="center"/>
          </w:tcPr>
          <w:p>
            <w:pPr>
              <w:spacing w:before="0" w:after="0"/>
            </w:pPr>
            <w:r>
              <w:rPr>
                <w:b w:val="0"/>
                <w:i w:val="0"/>
                <w:sz w:val="18"/>
                <w:u w:val="none"/>
              </w:rPr>
              <w:t>Verzugszins 5 % seit [Datum]</w:t>
            </w:r>
          </w:p>
        </w:tc>
        <w:tc>
          <w:tcPr>
            <w:tcW w:type="dxa" w:w="2268"/>
            <w:tcBorders>
              <w:bottom w:val="single" w:sz="4" w:space="0" w:color="B8C2CC"/>
            </w:tcBorders>
            <w:vAlign w:val="center"/>
          </w:tcPr>
          <w:p>
            <w:pPr>
              <w:spacing w:before="0" w:after="0"/>
              <w:jc w:val="right"/>
            </w:pPr>
            <w:r>
              <w:rPr>
                <w:b w:val="0"/>
                <w:i w:val="0"/>
                <w:sz w:val="18"/>
                <w:u w:val="none"/>
              </w:rPr>
              <w:t>CHF [0.00]</w:t>
            </w:r>
          </w:p>
        </w:tc>
      </w:tr>
      <w:tr>
        <w:trPr>
          <w:trHeight w:val="369" w:hRule="atLeast"/>
        </w:trPr>
        <w:tc>
          <w:tcPr>
            <w:tcW w:type="dxa" w:w="5669"/>
            <w:tcBorders>
              <w:bottom w:val="single" w:sz="4" w:space="0" w:color="B8C2CC"/>
            </w:tcBorders>
            <w:vAlign w:val="center"/>
          </w:tcPr>
          <w:p>
            <w:pPr>
              <w:spacing w:before="0" w:after="0"/>
            </w:pPr>
            <w:r>
              <w:rPr>
                <w:b w:val="0"/>
                <w:i w:val="0"/>
                <w:sz w:val="18"/>
                <w:u w:val="none"/>
              </w:rPr>
              <w:t>[Mahngebühr, nur wenn vorher vereinbart]</w:t>
            </w:r>
          </w:p>
        </w:tc>
        <w:tc>
          <w:tcPr>
            <w:tcW w:type="dxa" w:w="2268"/>
            <w:tcBorders>
              <w:bottom w:val="single" w:sz="4" w:space="0" w:color="B8C2CC"/>
            </w:tcBorders>
            <w:vAlign w:val="center"/>
          </w:tcPr>
          <w:p>
            <w:pPr>
              <w:spacing w:before="0" w:after="0"/>
              <w:jc w:val="right"/>
            </w:pPr>
            <w:r>
              <w:rPr>
                <w:b w:val="0"/>
                <w:i w:val="0"/>
                <w:sz w:val="18"/>
                <w:u w:val="none"/>
              </w:rPr>
              <w:t>CHF [0.00]</w:t>
            </w:r>
          </w:p>
        </w:tc>
      </w:tr>
      <w:tr>
        <w:trPr>
          <w:trHeight w:val="369" w:hRule="atLeast"/>
        </w:trPr>
        <w:tc>
          <w:tcPr>
            <w:tcW w:type="dxa" w:w="5669"/>
            <w:tcBorders>
              <w:top w:val="single" w:sz="12" w:space="0" w:color="243447"/>
              <w:bottom w:val="single" w:sz="4" w:space="0" w:color="B8C2CC"/>
            </w:tcBorders>
            <w:vAlign w:val="center"/>
          </w:tcPr>
          <w:p>
            <w:pPr>
              <w:spacing w:before="0" w:after="0"/>
            </w:pPr>
            <w:r>
              <w:rPr>
                <w:b/>
                <w:i w:val="0"/>
                <w:sz w:val="18"/>
                <w:u w:val="none"/>
              </w:rPr>
              <w:t>Total offen</w:t>
            </w:r>
          </w:p>
        </w:tc>
        <w:tc>
          <w:tcPr>
            <w:tcW w:type="dxa" w:w="2268"/>
            <w:tcBorders>
              <w:top w:val="single" w:sz="12" w:space="0" w:color="243447"/>
              <w:bottom w:val="single" w:sz="4" w:space="0" w:color="B8C2CC"/>
            </w:tcBorders>
            <w:vAlign w:val="center"/>
          </w:tcPr>
          <w:p>
            <w:pPr>
              <w:spacing w:before="0" w:after="0"/>
              <w:jc w:val="right"/>
            </w:pPr>
            <w:r>
              <w:rPr>
                <w:b/>
                <w:i w:val="0"/>
                <w:sz w:val="18"/>
                <w:u w:val="none"/>
              </w:rPr>
              <w:t>CHF [0.00]</w:t>
            </w:r>
          </w:p>
        </w:tc>
      </w:tr>
    </w:tbl>
    <w:p>
      <w:pPr>
        <w:spacing w:before="140" w:after="0"/>
      </w:pPr>
      <w:r>
        <w:rPr>
          <w:b w:val="0"/>
          <w:i w:val="0"/>
          <w:u w:val="none"/>
        </w:rPr>
        <w:t>Geht der Gesamtbetrag nicht bis [Datum, z. B. in 10 Tagen] auf unserem Konto ein, leiten wir ohne weitere Ankündigung die Betreibung ein. Die Betreibungskosten gehen zu Ihren Lasten.</w:t>
      </w:r>
    </w:p>
    <w:p>
      <w:pPr>
        <w:spacing w:before="140" w:after="0"/>
      </w:pPr>
      <w:r>
        <w:rPr>
          <w:b w:val="0"/>
          <w:i w:val="0"/>
          <w:u w:val="none"/>
        </w:rPr>
        <w:t>Diese Kosten und den Aufwand können Sie sich ersparen, wenn Sie jetzt bezahlen oder sich bis zum genannten Datum bei uns melden.</w:t>
      </w:r>
    </w:p>
    <w:p>
      <w:pPr>
        <w:spacing w:before="160" w:after="0"/>
      </w:pPr>
      <w:r>
        <w:rPr>
          <w:b w:val="0"/>
          <w:i w:val="0"/>
          <w:sz w:val="18"/>
          <w:u w:val="none"/>
        </w:rPr>
        <w:t>Bank: [Name der Bank] · IBAN: [CH00 0000 0000 0000 0000 0] · lautend auf [Firma]</w:t>
      </w:r>
    </w:p>
    <w:p>
      <w:pPr>
        <w:spacing w:before="200" w:after="0"/>
      </w:pPr>
      <w:r>
        <w:rPr>
          <w:b w:val="0"/>
          <w:i w:val="0"/>
          <w:u w:val="none"/>
        </w:rPr>
        <w:t>Freundliche Grüsse</w:t>
      </w:r>
    </w:p>
    <w:p>
      <w:pPr>
        <w:spacing w:before="40" w:after="0"/>
      </w:pPr>
      <w:r>
        <w:rPr>
          <w:b w:val="0"/>
          <w:i w:val="0"/>
          <w:u w:val="none"/>
        </w:rPr>
        <w:t>[Firma]</w:t>
      </w:r>
    </w:p>
    <w:p>
      <w:pPr>
        <w:spacing w:before="320" w:after="0"/>
      </w:pPr>
      <w:r>
        <w:rPr>
          <w:b w:val="0"/>
          <w:i w:val="0"/>
          <w:u w:val="none"/>
        </w:rPr>
        <w:t>[Vorname Name, Funktion]</w:t>
      </w:r>
    </w:p>
    <w:p>
      <w:pPr>
        <w:spacing w:before="240" w:after="0"/>
      </w:pPr>
      <w:r>
        <w:rPr>
          <w:b w:val="0"/>
          <w:i w:val="0"/>
          <w:color w:val="5F6B78"/>
          <w:sz w:val="17"/>
          <w:u w:val="none"/>
        </w:rPr>
        <w:t>Beilage: Kopie der Rechnung mit Zahlteil</w:t>
      </w:r>
    </w:p>
    <w:p>
      <w:pPr>
        <w:spacing w:before="160" w:after="0"/>
      </w:pPr>
      <w:r>
        <w:rPr>
          <w:b w:val="0"/>
          <w:i/>
          <w:color w:val="86909B"/>
          <w:sz w:val="15"/>
          <w:u w:val="none"/>
        </w:rPr>
        <w:t>[Hinweise, vor dem Versand löschen: Verzugszins 5 % pro Jahr ab Verzug (Art. 104 OR), Verzug ab der ersten Mahnung oder ab einem vereinbarten Zahlungstermin (Art. 102 OR). Eine Mahngebühr nur verlangen, wenn sie vorher vereinbart war, z. B. in Offerte oder AGB.]</w:t>
      </w:r>
    </w:p>
    <w:sectPr w:rsidR="00FC693F" w:rsidRPr="0006063C" w:rsidSect="00034616">
      <w:footerReference w:type="default" r:id="rId9"/>
      <w:pgSz w:w="11906" w:h="16838"/>
      <w:pgMar w:top="850"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F6B78"/>
        <w:sz w:val="15"/>
        <w:u w:val="none"/>
      </w:rPr>
      <w:t>[Firma] · [Strasse Nr.] · [PLZ Ort] · IBAN [CH00 0000 0000 0000 0000 0] · [UID / MWST-Nr. CHE-…]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76" w:lineRule="auto"/>
    </w:pPr>
    <w:rPr>
      <w:rFonts w:ascii="Arial" w:hAnsi="Arial" w:cs="Arial" w:eastAsia="Arial"/>
      <w:color w:val="1F293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Mahnung</dc:title>
  <dc:subject/>
  <dc:creator>buerothema.ch</dc:creator>
  <cp:keywords/>
  <dc:description>Kostenlose Vorlage von buerothema.ch, ohne Gewähr.</dc:description>
  <cp:lastModifiedBy/>
  <cp:revision>1</cp:revision>
  <dcterms:created xsi:type="dcterms:W3CDTF">2013-12-23T23:15:00Z</dcterms:created>
  <dcterms:modified xsi:type="dcterms:W3CDTF">2013-12-23T23:15:00Z</dcterms:modified>
  <cp:category/>
</cp:coreProperties>
</file>