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i w:val="0"/>
          <w:sz w:val="32"/>
          <w:u w:val="none"/>
        </w:rPr>
        <w:t>[Firma]</w:t>
      </w:r>
    </w:p>
    <w:p>
      <w:pPr>
        <w:spacing w:before="60" w:after="0"/>
      </w:pPr>
      <w:r>
        <w:rPr>
          <w:b w:val="0"/>
          <w:i w:val="0"/>
          <w:color w:val="5F6B78"/>
          <w:sz w:val="17"/>
          <w:u w:val="none"/>
        </w:rPr>
        <w:t>[Strasse Nr.] · [PLZ Ort] · [Telefon] · [E-Mail] · [Website]</w:t>
      </w:r>
    </w:p>
    <w:p>
      <w:pPr>
        <w:spacing w:before="0" w:after="0"/>
      </w:pPr>
      <w:r>
        <w:rPr>
          <w:b w:val="0"/>
          <w:i w:val="0"/>
          <w:color w:val="5F6B78"/>
          <w:sz w:val="17"/>
          <w:u w:val="none"/>
        </w:rPr>
        <w:t>[UID / MWST-Nr. CHE-…]</w:t>
      </w:r>
    </w:p>
    <w:p>
      <w:pPr>
        <w:spacing w:before="200"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216"/>
        <w:gridCol w:w="4422"/>
      </w:tblGrid>
      <w:tr>
        <w:trPr>
          <w:trHeight w:val="1587" w:hRule="atLeast"/>
        </w:trPr>
        <w:tc>
          <w:tcPr>
            <w:tcW w:type="dxa" w:w="5216"/>
            <w:vAlign w:val="top"/>
          </w:tcPr>
          <w:p/>
        </w:tc>
        <w:tc>
          <w:tcPr>
            <w:tcW w:type="dxa" w:w="4422"/>
            <w:vAlign w:val="top"/>
          </w:tcPr>
          <w:p>
            <w:pPr>
              <w:spacing w:before="0" w:after="80"/>
            </w:pPr>
            <w:r>
              <w:rPr>
                <w:b w:val="0"/>
                <w:i w:val="0"/>
                <w:color w:val="5F6B78"/>
                <w:sz w:val="14"/>
                <w:u w:val="single"/>
              </w:rPr>
              <w:t>[Firma] · [Strasse Nr.] · [PLZ Ort]</w:t>
            </w:r>
          </w:p>
          <w:p>
            <w:pPr>
              <w:spacing w:before="0" w:after="0"/>
            </w:pPr>
            <w:r>
              <w:rPr>
                <w:b w:val="0"/>
                <w:i w:val="0"/>
                <w:u w:val="none"/>
              </w:rPr>
              <w:t>[Firma Kundin oder Kunde]</w:t>
            </w:r>
          </w:p>
          <w:p>
            <w:pPr>
              <w:spacing w:before="0" w:after="0"/>
            </w:pPr>
            <w:r>
              <w:rPr>
                <w:b w:val="0"/>
                <w:i w:val="0"/>
                <w:u w:val="none"/>
              </w:rPr>
              <w:t>[Vorname Name]</w:t>
            </w:r>
          </w:p>
          <w:p>
            <w:pPr>
              <w:spacing w:before="0" w:after="0"/>
            </w:pPr>
            <w:r>
              <w:rPr>
                <w:b w:val="0"/>
                <w:i w:val="0"/>
                <w:u w:val="none"/>
              </w:rPr>
              <w:t>[Strasse Nr.]</w:t>
            </w:r>
          </w:p>
          <w:p>
            <w:pPr>
              <w:spacing w:before="0" w:after="0"/>
            </w:pPr>
            <w:r>
              <w:rPr>
                <w:b w:val="0"/>
                <w:i w:val="0"/>
                <w:u w:val="none"/>
              </w:rPr>
              <w:t>[PLZ Ort]</w:t>
            </w:r>
          </w:p>
        </w:tc>
      </w:tr>
    </w:tbl>
    <w:p>
      <w:pPr>
        <w:spacing w:before="240" w:after="0"/>
      </w:pPr>
      <w:r>
        <w:rPr>
          <w:b w:val="0"/>
          <w:i w:val="0"/>
          <w:u w:val="none"/>
        </w:rPr>
        <w:t>[Ort], [Datum]</w:t>
      </w:r>
    </w:p>
    <w:p>
      <w:pPr>
        <w:spacing w:before="200" w:after="120"/>
      </w:pPr>
      <w:r>
        <w:rPr>
          <w:b/>
          <w:i w:val="0"/>
          <w:sz w:val="28"/>
          <w:u w:val="none"/>
        </w:rPr>
        <w:t>Offerte Nr. [2026-001]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701"/>
        <w:gridCol w:w="3118"/>
        <w:gridCol w:w="1701"/>
        <w:gridCol w:w="3118"/>
      </w:tblGrid>
      <w:tr>
        <w:trPr>
          <w:trHeight w:val="312" w:hRule="atLeast"/>
        </w:trPr>
        <w:tc>
          <w:tcPr>
            <w:tcW w:type="dxa" w:w="1701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5F6B78"/>
                <w:sz w:val="17"/>
                <w:u w:val="none"/>
              </w:rPr>
              <w:t>Offertdatum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sz w:val="18"/>
                <w:u w:val="none"/>
              </w:rPr>
              <w:t>[Datum]</w:t>
            </w:r>
          </w:p>
        </w:tc>
        <w:tc>
          <w:tcPr>
            <w:tcW w:type="dxa" w:w="1701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5F6B78"/>
                <w:sz w:val="17"/>
                <w:u w:val="none"/>
              </w:rPr>
              <w:t>Gültig bis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sz w:val="18"/>
                <w:u w:val="none"/>
              </w:rPr>
              <w:t>[Datum, z. B. in 30 Tagen]</w:t>
            </w:r>
          </w:p>
        </w:tc>
      </w:tr>
      <w:tr>
        <w:trPr>
          <w:trHeight w:val="312" w:hRule="atLeast"/>
        </w:trPr>
        <w:tc>
          <w:tcPr>
            <w:tcW w:type="dxa" w:w="1701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5F6B78"/>
                <w:sz w:val="17"/>
                <w:u w:val="none"/>
              </w:rPr>
              <w:t>Ihre Anfrage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sz w:val="18"/>
                <w:u w:val="none"/>
              </w:rPr>
              <w:t>[Datum der Anfrage]</w:t>
            </w:r>
          </w:p>
        </w:tc>
        <w:tc>
          <w:tcPr>
            <w:tcW w:type="dxa" w:w="1701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5F6B78"/>
                <w:sz w:val="17"/>
                <w:u w:val="none"/>
              </w:rPr>
              <w:t>Objekt / Projekt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sz w:val="18"/>
                <w:u w:val="none"/>
              </w:rPr>
              <w:t>[Bezeichnung]</w:t>
            </w:r>
          </w:p>
        </w:tc>
      </w:tr>
      <w:tr>
        <w:trPr>
          <w:trHeight w:val="312" w:hRule="atLeast"/>
        </w:trPr>
        <w:tc>
          <w:tcPr>
            <w:tcW w:type="dxa" w:w="1701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5F6B78"/>
                <w:sz w:val="17"/>
                <w:u w:val="none"/>
              </w:rPr>
              <w:t>Kunden-Nr.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sz w:val="18"/>
                <w:u w:val="none"/>
              </w:rPr>
              <w:t>[Nummer]</w:t>
            </w:r>
          </w:p>
        </w:tc>
        <w:tc>
          <w:tcPr>
            <w:tcW w:type="dxa" w:w="1701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5F6B78"/>
                <w:sz w:val="17"/>
                <w:u w:val="none"/>
              </w:rPr>
              <w:t>Ansprechperson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sz w:val="18"/>
                <w:u w:val="none"/>
              </w:rPr>
              <w:t>[Vorname Name]</w:t>
            </w:r>
          </w:p>
        </w:tc>
      </w:tr>
    </w:tbl>
    <w:p>
      <w:pPr>
        <w:spacing w:before="200" w:after="0"/>
      </w:pPr>
      <w:r>
        <w:rPr>
          <w:b w:val="0"/>
          <w:i w:val="0"/>
          <w:u w:val="none"/>
        </w:rPr>
        <w:t>[Sehr geehrte Frau / Sehr geehrter Herr] [Name]</w:t>
      </w:r>
    </w:p>
    <w:p>
      <w:pPr>
        <w:spacing w:before="120" w:after="120"/>
      </w:pPr>
      <w:r>
        <w:rPr>
          <w:b w:val="0"/>
          <w:i w:val="0"/>
          <w:u w:val="none"/>
        </w:rPr>
        <w:t>Besten Dank für Ihre Anfrage. Gerne offerieren wir Ihnen wie folgt: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24"/>
        <w:gridCol w:w="4365"/>
        <w:gridCol w:w="907"/>
        <w:gridCol w:w="907"/>
        <w:gridCol w:w="1361"/>
        <w:gridCol w:w="1474"/>
      </w:tblGrid>
      <w:tr>
        <w:trPr>
          <w:trHeight w:val="397" w:hRule="atLeast"/>
        </w:trPr>
        <w:tc>
          <w:tcPr>
            <w:tcW w:type="dxa" w:w="624"/>
            <w:shd w:val="clear" w:color="auto" w:fill="243447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i w:val="0"/>
                <w:color w:val="FFFFFF"/>
                <w:sz w:val="17"/>
                <w:u w:val="none"/>
              </w:rPr>
              <w:t>Pos.</w:t>
            </w:r>
          </w:p>
        </w:tc>
        <w:tc>
          <w:tcPr>
            <w:tcW w:type="dxa" w:w="4365"/>
            <w:shd w:val="clear" w:color="auto" w:fill="243447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i w:val="0"/>
                <w:color w:val="FFFFFF"/>
                <w:sz w:val="17"/>
                <w:u w:val="none"/>
              </w:rPr>
              <w:t>Beschreibung</w:t>
            </w:r>
          </w:p>
        </w:tc>
        <w:tc>
          <w:tcPr>
            <w:tcW w:type="dxa" w:w="907"/>
            <w:shd w:val="clear" w:color="auto" w:fill="243447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i w:val="0"/>
                <w:color w:val="FFFFFF"/>
                <w:sz w:val="17"/>
                <w:u w:val="none"/>
              </w:rPr>
              <w:t>Menge</w:t>
            </w:r>
          </w:p>
        </w:tc>
        <w:tc>
          <w:tcPr>
            <w:tcW w:type="dxa" w:w="907"/>
            <w:shd w:val="clear" w:color="auto" w:fill="243447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i w:val="0"/>
                <w:color w:val="FFFFFF"/>
                <w:sz w:val="17"/>
                <w:u w:val="none"/>
              </w:rPr>
              <w:t>Einheit</w:t>
            </w:r>
          </w:p>
        </w:tc>
        <w:tc>
          <w:tcPr>
            <w:tcW w:type="dxa" w:w="1361"/>
            <w:shd w:val="clear" w:color="auto" w:fill="243447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i w:val="0"/>
                <w:color w:val="FFFFFF"/>
                <w:sz w:val="17"/>
                <w:u w:val="none"/>
              </w:rPr>
              <w:t>Preis CHF</w:t>
            </w:r>
          </w:p>
        </w:tc>
        <w:tc>
          <w:tcPr>
            <w:tcW w:type="dxa" w:w="1474"/>
            <w:shd w:val="clear" w:color="auto" w:fill="243447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i w:val="0"/>
                <w:color w:val="FFFFFF"/>
                <w:sz w:val="17"/>
                <w:u w:val="none"/>
              </w:rPr>
              <w:t>Total CHF</w:t>
            </w:r>
          </w:p>
        </w:tc>
      </w:tr>
      <w:tr>
        <w:trPr>
          <w:trHeight w:val="369" w:hRule="atLeast"/>
        </w:trPr>
        <w:tc>
          <w:tcPr>
            <w:tcW w:type="dxa" w:w="624"/>
            <w:tcBorders>
              <w:bottom w:val="single" w:sz="4" w:space="0" w:color="B8C2CC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b w:val="0"/>
                <w:i w:val="0"/>
                <w:sz w:val="18"/>
                <w:u w:val="none"/>
              </w:rPr>
              <w:t>1</w:t>
            </w:r>
          </w:p>
        </w:tc>
        <w:tc>
          <w:tcPr>
            <w:tcW w:type="dxa" w:w="4365"/>
            <w:tcBorders>
              <w:bottom w:val="single" w:sz="4" w:space="0" w:color="B8C2CC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b w:val="0"/>
                <w:i w:val="0"/>
                <w:sz w:val="18"/>
                <w:u w:val="none"/>
              </w:rPr>
              <w:t>[Beschreibung der Leistung oder des Artikels]</w:t>
            </w:r>
          </w:p>
        </w:tc>
        <w:tc>
          <w:tcPr>
            <w:tcW w:type="dxa" w:w="907"/>
            <w:tcBorders>
              <w:bottom w:val="single" w:sz="4" w:space="0" w:color="B8C2CC"/>
            </w:tcBorders>
            <w:vAlign w:val="center"/>
          </w:tcPr>
          <w:p>
            <w:pPr>
              <w:spacing w:before="0" w:after="0"/>
              <w:jc w:val="right"/>
            </w:pPr>
            <w:r>
              <w:rPr>
                <w:b w:val="0"/>
                <w:i w:val="0"/>
                <w:sz w:val="18"/>
                <w:u w:val="none"/>
              </w:rPr>
              <w:t>[0]</w:t>
            </w:r>
          </w:p>
        </w:tc>
        <w:tc>
          <w:tcPr>
            <w:tcW w:type="dxa" w:w="907"/>
            <w:tcBorders>
              <w:bottom w:val="single" w:sz="4" w:space="0" w:color="B8C2CC"/>
            </w:tcBorders>
            <w:vAlign w:val="center"/>
          </w:tcPr>
          <w:p>
            <w:pPr>
              <w:spacing w:before="0" w:after="0"/>
              <w:jc w:val="right"/>
            </w:pPr>
            <w:r>
              <w:rPr>
                <w:b w:val="0"/>
                <w:i w:val="0"/>
                <w:sz w:val="18"/>
                <w:u w:val="none"/>
              </w:rPr>
              <w:t>[Std.]</w:t>
            </w:r>
          </w:p>
        </w:tc>
        <w:tc>
          <w:tcPr>
            <w:tcW w:type="dxa" w:w="1361"/>
            <w:tcBorders>
              <w:bottom w:val="single" w:sz="4" w:space="0" w:color="B8C2CC"/>
            </w:tcBorders>
            <w:vAlign w:val="center"/>
          </w:tcPr>
          <w:p>
            <w:pPr>
              <w:spacing w:before="0" w:after="0"/>
              <w:jc w:val="right"/>
            </w:pPr>
            <w:r>
              <w:rPr>
                <w:b w:val="0"/>
                <w:i w:val="0"/>
                <w:sz w:val="18"/>
                <w:u w:val="none"/>
              </w:rPr>
              <w:t>[0.00]</w:t>
            </w:r>
          </w:p>
        </w:tc>
        <w:tc>
          <w:tcPr>
            <w:tcW w:type="dxa" w:w="1474"/>
            <w:tcBorders>
              <w:bottom w:val="single" w:sz="4" w:space="0" w:color="B8C2CC"/>
            </w:tcBorders>
            <w:vAlign w:val="center"/>
          </w:tcPr>
          <w:p>
            <w:pPr>
              <w:spacing w:before="0" w:after="0"/>
              <w:jc w:val="right"/>
            </w:pPr>
            <w:r>
              <w:rPr>
                <w:b w:val="0"/>
                <w:i w:val="0"/>
                <w:sz w:val="18"/>
                <w:u w:val="none"/>
              </w:rPr>
              <w:t>[0.00]</w:t>
            </w:r>
          </w:p>
        </w:tc>
      </w:tr>
      <w:tr>
        <w:trPr>
          <w:trHeight w:val="369" w:hRule="atLeast"/>
        </w:trPr>
        <w:tc>
          <w:tcPr>
            <w:tcW w:type="dxa" w:w="624"/>
            <w:tcBorders>
              <w:bottom w:val="single" w:sz="4" w:space="0" w:color="B8C2CC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b w:val="0"/>
                <w:i w:val="0"/>
                <w:sz w:val="18"/>
                <w:u w:val="none"/>
              </w:rPr>
              <w:t>2</w:t>
            </w:r>
          </w:p>
        </w:tc>
        <w:tc>
          <w:tcPr>
            <w:tcW w:type="dxa" w:w="4365"/>
            <w:tcBorders>
              <w:bottom w:val="single" w:sz="4" w:space="0" w:color="B8C2CC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b w:val="0"/>
                <w:i w:val="0"/>
                <w:sz w:val="18"/>
                <w:u w:val="none"/>
              </w:rPr>
              <w:t>[Beschreibung]</w:t>
            </w:r>
          </w:p>
        </w:tc>
        <w:tc>
          <w:tcPr>
            <w:tcW w:type="dxa" w:w="907"/>
            <w:tcBorders>
              <w:bottom w:val="single" w:sz="4" w:space="0" w:color="B8C2CC"/>
            </w:tcBorders>
            <w:vAlign w:val="center"/>
          </w:tcPr>
          <w:p>
            <w:pPr>
              <w:spacing w:before="0" w:after="0"/>
              <w:jc w:val="right"/>
            </w:pPr>
            <w:r>
              <w:rPr>
                <w:b w:val="0"/>
                <w:i w:val="0"/>
                <w:sz w:val="18"/>
                <w:u w:val="none"/>
              </w:rPr>
              <w:t>[0]</w:t>
            </w:r>
          </w:p>
        </w:tc>
        <w:tc>
          <w:tcPr>
            <w:tcW w:type="dxa" w:w="907"/>
            <w:tcBorders>
              <w:bottom w:val="single" w:sz="4" w:space="0" w:color="B8C2CC"/>
            </w:tcBorders>
            <w:vAlign w:val="center"/>
          </w:tcPr>
          <w:p>
            <w:pPr>
              <w:spacing w:before="0" w:after="0"/>
              <w:jc w:val="right"/>
            </w:pPr>
            <w:r>
              <w:rPr>
                <w:b w:val="0"/>
                <w:i w:val="0"/>
                <w:sz w:val="18"/>
                <w:u w:val="none"/>
              </w:rPr>
              <w:t>[Stk.]</w:t>
            </w:r>
          </w:p>
        </w:tc>
        <w:tc>
          <w:tcPr>
            <w:tcW w:type="dxa" w:w="1361"/>
            <w:tcBorders>
              <w:bottom w:val="single" w:sz="4" w:space="0" w:color="B8C2CC"/>
            </w:tcBorders>
            <w:vAlign w:val="center"/>
          </w:tcPr>
          <w:p>
            <w:pPr>
              <w:spacing w:before="0" w:after="0"/>
              <w:jc w:val="right"/>
            </w:pPr>
            <w:r>
              <w:rPr>
                <w:b w:val="0"/>
                <w:i w:val="0"/>
                <w:sz w:val="18"/>
                <w:u w:val="none"/>
              </w:rPr>
              <w:t>[0.00]</w:t>
            </w:r>
          </w:p>
        </w:tc>
        <w:tc>
          <w:tcPr>
            <w:tcW w:type="dxa" w:w="1474"/>
            <w:tcBorders>
              <w:bottom w:val="single" w:sz="4" w:space="0" w:color="B8C2CC"/>
            </w:tcBorders>
            <w:vAlign w:val="center"/>
          </w:tcPr>
          <w:p>
            <w:pPr>
              <w:spacing w:before="0" w:after="0"/>
              <w:jc w:val="right"/>
            </w:pPr>
            <w:r>
              <w:rPr>
                <w:b w:val="0"/>
                <w:i w:val="0"/>
                <w:sz w:val="18"/>
                <w:u w:val="none"/>
              </w:rPr>
              <w:t>[0.00]</w:t>
            </w:r>
          </w:p>
        </w:tc>
      </w:tr>
      <w:tr>
        <w:trPr>
          <w:trHeight w:val="369" w:hRule="atLeast"/>
        </w:trPr>
        <w:tc>
          <w:tcPr>
            <w:tcW w:type="dxa" w:w="624"/>
            <w:tcBorders>
              <w:bottom w:val="single" w:sz="4" w:space="0" w:color="B8C2CC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b w:val="0"/>
                <w:i w:val="0"/>
                <w:sz w:val="18"/>
                <w:u w:val="none"/>
              </w:rPr>
              <w:t>3</w:t>
            </w:r>
          </w:p>
        </w:tc>
        <w:tc>
          <w:tcPr>
            <w:tcW w:type="dxa" w:w="4365"/>
            <w:tcBorders>
              <w:bottom w:val="single" w:sz="4" w:space="0" w:color="B8C2CC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907"/>
            <w:tcBorders>
              <w:bottom w:val="single" w:sz="4" w:space="0" w:color="B8C2CC"/>
            </w:tcBorders>
            <w:vAlign w:val="center"/>
          </w:tcPr>
          <w:p>
            <w:pPr>
              <w:spacing w:before="0" w:after="0"/>
              <w:jc w:val="right"/>
            </w:pPr>
            <w:r>
              <w:rPr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907"/>
            <w:tcBorders>
              <w:bottom w:val="single" w:sz="4" w:space="0" w:color="B8C2CC"/>
            </w:tcBorders>
            <w:vAlign w:val="center"/>
          </w:tcPr>
          <w:p>
            <w:pPr>
              <w:spacing w:before="0" w:after="0"/>
              <w:jc w:val="right"/>
            </w:pPr>
            <w:r>
              <w:rPr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1361"/>
            <w:tcBorders>
              <w:bottom w:val="single" w:sz="4" w:space="0" w:color="B8C2CC"/>
            </w:tcBorders>
            <w:vAlign w:val="center"/>
          </w:tcPr>
          <w:p>
            <w:pPr>
              <w:spacing w:before="0" w:after="0"/>
              <w:jc w:val="right"/>
            </w:pPr>
            <w:r>
              <w:rPr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1474"/>
            <w:tcBorders>
              <w:bottom w:val="single" w:sz="4" w:space="0" w:color="B8C2CC"/>
            </w:tcBorders>
            <w:vAlign w:val="center"/>
          </w:tcPr>
          <w:p>
            <w:pPr>
              <w:spacing w:before="0" w:after="0"/>
              <w:jc w:val="right"/>
            </w:pPr>
            <w:r>
              <w:rPr>
                <w:b w:val="0"/>
                <w:i w:val="0"/>
                <w:sz w:val="18"/>
                <w:u w:val="none"/>
              </w:rPr>
            </w:r>
          </w:p>
        </w:tc>
      </w:tr>
      <w:tr>
        <w:trPr>
          <w:trHeight w:val="369" w:hRule="atLeast"/>
        </w:trPr>
        <w:tc>
          <w:tcPr>
            <w:tcW w:type="dxa" w:w="624"/>
            <w:tcBorders>
              <w:bottom w:val="single" w:sz="4" w:space="0" w:color="B8C2CC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b w:val="0"/>
                <w:i w:val="0"/>
                <w:sz w:val="18"/>
                <w:u w:val="none"/>
              </w:rPr>
              <w:t>4</w:t>
            </w:r>
          </w:p>
        </w:tc>
        <w:tc>
          <w:tcPr>
            <w:tcW w:type="dxa" w:w="4365"/>
            <w:tcBorders>
              <w:bottom w:val="single" w:sz="4" w:space="0" w:color="B8C2CC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907"/>
            <w:tcBorders>
              <w:bottom w:val="single" w:sz="4" w:space="0" w:color="B8C2CC"/>
            </w:tcBorders>
            <w:vAlign w:val="center"/>
          </w:tcPr>
          <w:p>
            <w:pPr>
              <w:spacing w:before="0" w:after="0"/>
              <w:jc w:val="right"/>
            </w:pPr>
            <w:r>
              <w:rPr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907"/>
            <w:tcBorders>
              <w:bottom w:val="single" w:sz="4" w:space="0" w:color="B8C2CC"/>
            </w:tcBorders>
            <w:vAlign w:val="center"/>
          </w:tcPr>
          <w:p>
            <w:pPr>
              <w:spacing w:before="0" w:after="0"/>
              <w:jc w:val="right"/>
            </w:pPr>
            <w:r>
              <w:rPr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1361"/>
            <w:tcBorders>
              <w:bottom w:val="single" w:sz="4" w:space="0" w:color="B8C2CC"/>
            </w:tcBorders>
            <w:vAlign w:val="center"/>
          </w:tcPr>
          <w:p>
            <w:pPr>
              <w:spacing w:before="0" w:after="0"/>
              <w:jc w:val="right"/>
            </w:pPr>
            <w:r>
              <w:rPr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1474"/>
            <w:tcBorders>
              <w:bottom w:val="single" w:sz="4" w:space="0" w:color="B8C2CC"/>
            </w:tcBorders>
            <w:vAlign w:val="center"/>
          </w:tcPr>
          <w:p>
            <w:pPr>
              <w:spacing w:before="0" w:after="0"/>
              <w:jc w:val="right"/>
            </w:pPr>
            <w:r>
              <w:rPr>
                <w:b w:val="0"/>
                <w:i w:val="0"/>
                <w:sz w:val="18"/>
                <w:u w:val="none"/>
              </w:rPr>
            </w:r>
          </w:p>
        </w:tc>
      </w:tr>
    </w:tbl>
    <w:p>
      <w:pPr>
        <w:spacing w:before="40"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803"/>
        <w:gridCol w:w="2835"/>
      </w:tblGrid>
      <w:tr>
        <w:trPr>
          <w:trHeight w:val="369" w:hRule="atLeast"/>
        </w:trPr>
        <w:tc>
          <w:tcPr>
            <w:tcW w:type="dxa" w:w="6803"/>
            <w:vAlign w:val="center"/>
          </w:tcPr>
          <w:p>
            <w:pPr>
              <w:spacing w:before="0" w:after="0"/>
              <w:jc w:val="right"/>
            </w:pPr>
            <w:r>
              <w:rPr>
                <w:b w:val="0"/>
                <w:i w:val="0"/>
                <w:sz w:val="18"/>
                <w:u w:val="none"/>
              </w:rPr>
              <w:t>Total exkl. MWST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/>
              <w:jc w:val="right"/>
            </w:pPr>
            <w:r>
              <w:rPr>
                <w:b w:val="0"/>
                <w:i w:val="0"/>
                <w:sz w:val="18"/>
                <w:u w:val="none"/>
              </w:rPr>
              <w:t>[0.00]</w:t>
            </w:r>
          </w:p>
        </w:tc>
      </w:tr>
      <w:tr>
        <w:trPr>
          <w:trHeight w:val="369" w:hRule="atLeast"/>
        </w:trPr>
        <w:tc>
          <w:tcPr>
            <w:tcW w:type="dxa" w:w="6803"/>
            <w:vAlign w:val="center"/>
          </w:tcPr>
          <w:p>
            <w:pPr>
              <w:spacing w:before="0" w:after="0"/>
              <w:jc w:val="right"/>
            </w:pPr>
            <w:r>
              <w:rPr>
                <w:b w:val="0"/>
                <w:i w:val="0"/>
                <w:sz w:val="18"/>
                <w:u w:val="none"/>
              </w:rPr>
              <w:t>MWST 8,1 % auf CHF [0.00]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/>
              <w:jc w:val="right"/>
            </w:pPr>
            <w:r>
              <w:rPr>
                <w:b w:val="0"/>
                <w:i w:val="0"/>
                <w:sz w:val="18"/>
                <w:u w:val="none"/>
              </w:rPr>
              <w:t>[0.00]</w:t>
            </w:r>
          </w:p>
        </w:tc>
      </w:tr>
      <w:tr>
        <w:trPr>
          <w:trHeight w:val="369" w:hRule="atLeast"/>
        </w:trPr>
        <w:tc>
          <w:tcPr>
            <w:tcW w:type="dxa" w:w="6803"/>
            <w:tcBorders>
              <w:top w:val="single" w:sz="12" w:space="0" w:color="243447"/>
            </w:tcBorders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i w:val="0"/>
                <w:sz w:val="19"/>
                <w:u w:val="none"/>
              </w:rPr>
              <w:t>Total CHF inkl. MWST</w:t>
            </w:r>
          </w:p>
        </w:tc>
        <w:tc>
          <w:tcPr>
            <w:tcW w:type="dxa" w:w="2835"/>
            <w:tcBorders>
              <w:top w:val="single" w:sz="12" w:space="0" w:color="243447"/>
            </w:tcBorders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i w:val="0"/>
                <w:sz w:val="19"/>
                <w:u w:val="none"/>
              </w:rPr>
              <w:t>[0.00]</w:t>
            </w:r>
          </w:p>
        </w:tc>
      </w:tr>
    </w:tbl>
    <w:p>
      <w:pPr>
        <w:spacing w:before="80" w:after="0"/>
      </w:pPr>
      <w:r>
        <w:rPr>
          <w:b w:val="0"/>
          <w:i/>
          <w:color w:val="86909B"/>
          <w:sz w:val="15"/>
          <w:u w:val="none"/>
        </w:rPr>
        <w:t>[Hinweis, vor dem Versand löschen: Für 2,6 % (reduzierter Satz) oder 3,8 % (Beherbergung) je eine eigene MWST-Zeile. Nicht MWST-pflichtig? MWST-Zeilen und MWST-Nummer löschen und nur «Total CHF» angeben. Summen und MWST rechnet die Excel-Fassung automatisch.]</w:t>
      </w:r>
    </w:p>
    <w:p>
      <w:pPr>
        <w:spacing w:before="160" w:after="40"/>
      </w:pPr>
      <w:r>
        <w:rPr>
          <w:b/>
          <w:i w:val="0"/>
          <w:u w:val="none"/>
        </w:rPr>
        <w:t>Bedingungen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814"/>
        <w:gridCol w:w="7824"/>
      </w:tblGrid>
      <w:tr>
        <w:trPr>
          <w:trHeight w:val="312" w:hRule="atLeast"/>
        </w:trPr>
        <w:tc>
          <w:tcPr>
            <w:tcW w:type="dxa" w:w="1814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5F6B78"/>
                <w:sz w:val="17"/>
                <w:u w:val="none"/>
              </w:rPr>
              <w:t>Gültigkeit</w:t>
            </w:r>
          </w:p>
        </w:tc>
        <w:tc>
          <w:tcPr>
            <w:tcW w:type="dxa" w:w="7824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sz w:val="18"/>
                <w:u w:val="none"/>
              </w:rPr>
              <w:t>Diese Offerte gilt bis [Datum]. Danach behalten wir uns Anpassungen vor.</w:t>
            </w:r>
          </w:p>
        </w:tc>
      </w:tr>
      <w:tr>
        <w:trPr>
          <w:trHeight w:val="312" w:hRule="atLeast"/>
        </w:trPr>
        <w:tc>
          <w:tcPr>
            <w:tcW w:type="dxa" w:w="1814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5F6B78"/>
                <w:sz w:val="17"/>
                <w:u w:val="none"/>
              </w:rPr>
              <w:t>Preise</w:t>
            </w:r>
          </w:p>
        </w:tc>
        <w:tc>
          <w:tcPr>
            <w:tcW w:type="dxa" w:w="7824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sz w:val="18"/>
                <w:u w:val="none"/>
              </w:rPr>
              <w:t>In Schweizer Franken, exklusive MWST</w:t>
            </w:r>
          </w:p>
        </w:tc>
      </w:tr>
      <w:tr>
        <w:trPr>
          <w:trHeight w:val="312" w:hRule="atLeast"/>
        </w:trPr>
        <w:tc>
          <w:tcPr>
            <w:tcW w:type="dxa" w:w="1814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5F6B78"/>
                <w:sz w:val="17"/>
                <w:u w:val="none"/>
              </w:rPr>
              <w:t>Ausführung</w:t>
            </w:r>
          </w:p>
        </w:tc>
        <w:tc>
          <w:tcPr>
            <w:tcW w:type="dxa" w:w="7824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sz w:val="18"/>
                <w:u w:val="none"/>
              </w:rPr>
              <w:t>[Termin oder Zeitraum]</w:t>
            </w:r>
          </w:p>
        </w:tc>
      </w:tr>
      <w:tr>
        <w:trPr>
          <w:trHeight w:val="312" w:hRule="atLeast"/>
        </w:trPr>
        <w:tc>
          <w:tcPr>
            <w:tcW w:type="dxa" w:w="1814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5F6B78"/>
                <w:sz w:val="17"/>
                <w:u w:val="none"/>
              </w:rPr>
              <w:t>Zahlung</w:t>
            </w:r>
          </w:p>
        </w:tc>
        <w:tc>
          <w:tcPr>
            <w:tcW w:type="dxa" w:w="7824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sz w:val="18"/>
                <w:u w:val="none"/>
              </w:rPr>
              <w:t>[30 Tage netto nach Rechnungsstellung]</w:t>
            </w:r>
          </w:p>
        </w:tc>
      </w:tr>
      <w:tr>
        <w:trPr>
          <w:trHeight w:val="312" w:hRule="atLeast"/>
        </w:trPr>
        <w:tc>
          <w:tcPr>
            <w:tcW w:type="dxa" w:w="1814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5F6B78"/>
                <w:sz w:val="17"/>
                <w:u w:val="none"/>
              </w:rPr>
              <w:t>Nicht enthalten</w:t>
            </w:r>
          </w:p>
        </w:tc>
        <w:tc>
          <w:tcPr>
            <w:tcW w:type="dxa" w:w="7824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sz w:val="18"/>
                <w:u w:val="none"/>
              </w:rPr>
              <w:t>[z. B. Gerüst, Entsorgung, Anfahrt]</w:t>
            </w:r>
          </w:p>
        </w:tc>
      </w:tr>
    </w:tbl>
    <w:p>
      <w:pPr>
        <w:spacing w:before="160" w:after="0"/>
      </w:pPr>
      <w:r>
        <w:rPr>
          <w:b w:val="0"/>
          <w:i w:val="0"/>
          <w:u w:val="none"/>
        </w:rPr>
        <w:t>Wir freuen uns auf Ihren Auftrag. Für Fragen sind wir gerne für Sie da.</w:t>
      </w:r>
    </w:p>
    <w:p>
      <w:pPr>
        <w:spacing w:before="120" w:after="0"/>
      </w:pPr>
      <w:r>
        <w:rPr>
          <w:b w:val="0"/>
          <w:i w:val="0"/>
          <w:u w:val="none"/>
        </w:rPr>
        <w:t>Freundliche Grüsse</w:t>
      </w:r>
    </w:p>
    <w:p>
      <w:pPr>
        <w:spacing w:before="40" w:after="0"/>
      </w:pPr>
      <w:r>
        <w:rPr>
          <w:b w:val="0"/>
          <w:i w:val="0"/>
          <w:u w:val="none"/>
        </w:rPr>
        <w:t>[Firma]</w:t>
      </w:r>
    </w:p>
    <w:p>
      <w:pPr>
        <w:spacing w:before="320" w:after="0"/>
      </w:pPr>
      <w:r>
        <w:rPr>
          <w:b w:val="0"/>
          <w:i w:val="0"/>
          <w:u w:val="none"/>
        </w:rPr>
        <w:t>[Vorname Name, Funktion]</w:t>
      </w:r>
    </w:p>
    <w:p>
      <w:pPr>
        <w:spacing w:before="200" w:after="0"/>
      </w:pPr>
      <w:r>
        <w:rPr>
          <w:b/>
          <w:i w:val="0"/>
          <w:u w:val="none"/>
        </w:rPr>
        <w:t>Auftrag erteilt</w:t>
      </w:r>
    </w:p>
    <w:p>
      <w:pPr>
        <w:spacing w:before="40" w:after="0"/>
      </w:pPr>
      <w:r>
        <w:rPr>
          <w:b w:val="0"/>
          <w:i w:val="0"/>
          <w:color w:val="5F6B78"/>
          <w:sz w:val="18"/>
          <w:u w:val="none"/>
        </w:rPr>
        <w:t>Wir bestellen die Leistungen gemäss dieser Offerte.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247"/>
        <w:gridCol w:w="3288"/>
        <w:gridCol w:w="1474"/>
        <w:gridCol w:w="3628"/>
      </w:tblGrid>
      <w:tr>
        <w:trPr>
          <w:trHeight w:val="510" w:hRule="atLeast"/>
        </w:trPr>
        <w:tc>
          <w:tcPr>
            <w:tcW w:type="dxa" w:w="1247"/>
            <w:vAlign w:val="bottom"/>
          </w:tcPr>
          <w:p>
            <w:pPr>
              <w:spacing w:before="0" w:after="0"/>
            </w:pPr>
            <w:r>
              <w:rPr>
                <w:b w:val="0"/>
                <w:i w:val="0"/>
                <w:color w:val="5F6B78"/>
                <w:sz w:val="17"/>
                <w:u w:val="none"/>
              </w:rPr>
              <w:t>Ort, Datum</w:t>
            </w:r>
          </w:p>
        </w:tc>
        <w:tc>
          <w:tcPr>
            <w:tcW w:type="dxa" w:w="3288"/>
            <w:tcBorders>
              <w:bottom w:val="single" w:sz="6" w:space="0" w:color="6B7682"/>
            </w:tcBorders>
            <w:vAlign w:val="bottom"/>
          </w:tcPr>
          <w:p/>
        </w:tc>
        <w:tc>
          <w:tcPr>
            <w:tcW w:type="dxa" w:w="1474"/>
            <w:vAlign w:val="bottom"/>
          </w:tcPr>
          <w:p>
            <w:pPr>
              <w:spacing w:before="0" w:after="0"/>
            </w:pPr>
            <w:r>
              <w:rPr>
                <w:b w:val="0"/>
                <w:i w:val="0"/>
                <w:color w:val="5F6B78"/>
                <w:sz w:val="17"/>
                <w:u w:val="none"/>
              </w:rPr>
              <w:t>Unterschrift</w:t>
            </w:r>
          </w:p>
        </w:tc>
        <w:tc>
          <w:tcPr>
            <w:tcW w:type="dxa" w:w="3628"/>
            <w:tcBorders>
              <w:bottom w:val="single" w:sz="6" w:space="0" w:color="6B7682"/>
            </w:tcBorders>
            <w:vAlign w:val="bottom"/>
          </w:tcPr>
          <w:p/>
        </w:tc>
      </w:tr>
    </w:tbl>
    <w:sectPr w:rsidR="00FC693F" w:rsidRPr="0006063C" w:rsidSect="00034616">
      <w:footerReference w:type="default" r:id="rId9"/>
      <w:pgSz w:w="11906" w:h="16838"/>
      <w:pgMar w:top="850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F6B78"/>
        <w:sz w:val="15"/>
        <w:u w:val="none"/>
      </w:rPr>
      <w:t>[Firma] · [Strasse Nr.] · [PLZ Ort] · IBAN [CH00 0000 0000 0000 0000 0] · [UID / MWST-Nr. CHE-…]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76" w:lineRule="auto"/>
    </w:pPr>
    <w:rPr>
      <w:rFonts w:ascii="Arial" w:hAnsi="Arial" w:cs="Arial" w:eastAsia="Arial"/>
      <w:color w:val="1F293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Offerte</dc:title>
  <dc:subject/>
  <dc:creator>buerothema.ch</dc:creator>
  <cp:keywords/>
  <dc:description>Kostenlose Vorlage von buerothema.ch, ohne Gewähr.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