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41"/>
        <w:gridCol w:w="3288"/>
        <w:gridCol w:w="2154"/>
        <w:gridCol w:w="2154"/>
      </w:tblGrid>
      <w:tr>
        <w:trPr>
          <w:trHeight w:val="1191" w:hRule="atLeast"/>
        </w:trPr>
        <w:tc>
          <w:tcPr>
            <w:tcW w:type="dxa" w:w="5329"/>
            <w:gridSpan w:val="2"/>
            <w:tcBorders>
              <w:top w:val="single" w:sz="12" w:space="0" w:color="243447"/>
              <w:left w:val="single" w:sz="12" w:space="0" w:color="243447"/>
            </w:tcBorders>
            <w:vAlign w:val="top"/>
          </w:tcPr>
          <w:p>
            <w:pPr>
              <w:spacing w:before="0" w:after="0"/>
            </w:pPr>
            <w:r>
              <w:rPr>
                <w:b/>
                <w:i w:val="0"/>
                <w:sz w:val="22"/>
                <w:u w:val="none"/>
              </w:rPr>
              <w:t>[Firma]</w:t>
            </w:r>
          </w:p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6"/>
                <w:u w:val="none"/>
              </w:rPr>
              <w:t>[Strasse Nr.] · [PLZ Ort]</w:t>
            </w:r>
          </w:p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6"/>
                <w:u w:val="none"/>
              </w:rPr>
              <w:t>[UID / MWST-Nr. CHE-…]</w:t>
            </w:r>
          </w:p>
        </w:tc>
        <w:tc>
          <w:tcPr>
            <w:tcW w:type="dxa" w:w="4308"/>
            <w:gridSpan w:val="2"/>
            <w:tcBorders>
              <w:top w:val="single" w:sz="12" w:space="0" w:color="243447"/>
              <w:right w:val="single" w:sz="12" w:space="0" w:color="243447"/>
            </w:tcBorders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sz w:val="32"/>
                <w:u w:val="none"/>
              </w:rPr>
              <w:t>Quittung</w:t>
            </w:r>
          </w:p>
          <w:p>
            <w:pPr>
              <w:spacing w:before="40" w:after="0"/>
              <w:jc w:val="right"/>
            </w:pPr>
            <w:r>
              <w:rPr>
                <w:b w:val="0"/>
                <w:i w:val="0"/>
                <w:color w:val="5F6B78"/>
                <w:sz w:val="18"/>
                <w:u w:val="none"/>
              </w:rPr>
              <w:t>Nr. ______________</w:t>
            </w:r>
          </w:p>
        </w:tc>
      </w:tr>
      <w:tr>
        <w:trPr>
          <w:trHeight w:val="850" w:hRule="atLeast"/>
        </w:trPr>
        <w:tc>
          <w:tcPr>
            <w:tcW w:type="dxa" w:w="2041"/>
            <w:tcBorders>
              <w:lef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sz w:val="18"/>
                <w:u w:val="none"/>
              </w:rPr>
              <w:t>Betrag CHF</w:t>
            </w:r>
          </w:p>
        </w:tc>
        <w:tc>
          <w:tcPr>
            <w:tcW w:type="dxa" w:w="7596"/>
            <w:gridSpan w:val="3"/>
            <w:tcBorders>
              <w:bottom w:val="dotted" w:sz="6" w:space="0" w:color="6B7682"/>
              <w:righ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</w:r>
          </w:p>
        </w:tc>
      </w:tr>
      <w:tr>
        <w:trPr>
          <w:trHeight w:val="737" w:hRule="atLeast"/>
        </w:trPr>
        <w:tc>
          <w:tcPr>
            <w:tcW w:type="dxa" w:w="2041"/>
            <w:tcBorders>
              <w:lef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Erhalten von</w:t>
            </w:r>
          </w:p>
        </w:tc>
        <w:tc>
          <w:tcPr>
            <w:tcW w:type="dxa" w:w="7596"/>
            <w:gridSpan w:val="3"/>
            <w:tcBorders>
              <w:bottom w:val="dotted" w:sz="6" w:space="0" w:color="6B7682"/>
              <w:righ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</w:r>
          </w:p>
        </w:tc>
      </w:tr>
      <w:tr>
        <w:trPr>
          <w:trHeight w:val="737" w:hRule="atLeast"/>
        </w:trPr>
        <w:tc>
          <w:tcPr>
            <w:tcW w:type="dxa" w:w="2041"/>
            <w:tcBorders>
              <w:lef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Betrag in Worten</w:t>
            </w:r>
          </w:p>
        </w:tc>
        <w:tc>
          <w:tcPr>
            <w:tcW w:type="dxa" w:w="7596"/>
            <w:gridSpan w:val="3"/>
            <w:tcBorders>
              <w:bottom w:val="dotted" w:sz="6" w:space="0" w:color="6B7682"/>
              <w:righ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</w:r>
          </w:p>
        </w:tc>
      </w:tr>
      <w:tr>
        <w:trPr>
          <w:trHeight w:val="737" w:hRule="atLeast"/>
        </w:trPr>
        <w:tc>
          <w:tcPr>
            <w:tcW w:type="dxa" w:w="2041"/>
            <w:tcBorders>
              <w:lef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für</w:t>
            </w:r>
          </w:p>
        </w:tc>
        <w:tc>
          <w:tcPr>
            <w:tcW w:type="dxa" w:w="7596"/>
            <w:gridSpan w:val="3"/>
            <w:tcBorders>
              <w:bottom w:val="dotted" w:sz="6" w:space="0" w:color="6B7682"/>
              <w:righ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color w:val="86909B"/>
                <w:sz w:val="18"/>
                <w:u w:val="none"/>
              </w:rPr>
              <w:t>[Ware oder Leistung]</w:t>
            </w:r>
          </w:p>
        </w:tc>
      </w:tr>
      <w:tr>
        <w:trPr>
          <w:trHeight w:val="737" w:hRule="atLeast"/>
        </w:trPr>
        <w:tc>
          <w:tcPr>
            <w:tcW w:type="dxa" w:w="2041"/>
            <w:tcBorders>
              <w:lef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MWST</w:t>
            </w:r>
          </w:p>
        </w:tc>
        <w:tc>
          <w:tcPr>
            <w:tcW w:type="dxa" w:w="7596"/>
            <w:gridSpan w:val="3"/>
            <w:tcBorders>
              <w:righ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☐ im Betrag enthalten: ______ % = CHF __________      ☐ ohne MWST</w:t>
            </w:r>
          </w:p>
        </w:tc>
      </w:tr>
      <w:tr>
        <w:trPr>
          <w:trHeight w:val="1134" w:hRule="atLeast"/>
        </w:trPr>
        <w:tc>
          <w:tcPr>
            <w:tcW w:type="dxa" w:w="2041"/>
            <w:tcBorders>
              <w:lef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Ort, Datum</w:t>
            </w:r>
          </w:p>
        </w:tc>
        <w:tc>
          <w:tcPr>
            <w:tcW w:type="dxa" w:w="3288"/>
            <w:tcBorders>
              <w:bottom w:val="dotted" w:sz="6" w:space="0" w:color="6B7682"/>
            </w:tcBorders>
            <w:vAlign w:val="bottom"/>
          </w:tcPr>
          <w:p/>
        </w:tc>
        <w:tc>
          <w:tcPr>
            <w:tcW w:type="dxa" w:w="2154"/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Unterschrift Empfänger</w:t>
            </w:r>
          </w:p>
        </w:tc>
        <w:tc>
          <w:tcPr>
            <w:tcW w:type="dxa" w:w="2154"/>
            <w:tcBorders>
              <w:bottom w:val="dotted" w:sz="6" w:space="0" w:color="6B7682"/>
              <w:right w:val="single" w:sz="12" w:space="0" w:color="243447"/>
            </w:tcBorders>
            <w:vAlign w:val="bottom"/>
          </w:tcPr>
          <w:p/>
        </w:tc>
      </w:tr>
      <w:tr>
        <w:trPr>
          <w:trHeight w:val="340" w:hRule="atLeast"/>
        </w:trPr>
        <w:tc>
          <w:tcPr>
            <w:tcW w:type="dxa" w:w="9637"/>
            <w:gridSpan w:val="4"/>
            <w:tcBorders>
              <w:left w:val="single" w:sz="12" w:space="0" w:color="243447"/>
              <w:bottom w:val="single" w:sz="12" w:space="0" w:color="243447"/>
              <w:right w:val="single" w:sz="12" w:space="0" w:color="243447"/>
            </w:tcBorders>
            <w:vAlign w:val="center"/>
          </w:tcPr>
          <w:p/>
        </w:tc>
      </w:tr>
    </w:tbl>
    <w:p>
      <w:pPr>
        <w:spacing w:before="280" w:after="0"/>
      </w:pPr>
    </w:p>
    <w:p>
      <w:pPr>
        <w:spacing w:before="0" w:after="0"/>
        <w:jc w:val="center"/>
      </w:pPr>
      <w:r>
        <w:rPr>
          <w:b w:val="0"/>
          <w:i w:val="0"/>
          <w:color w:val="86909B"/>
          <w:sz w:val="16"/>
          <w:u w:val="none"/>
        </w:rPr>
        <w:t>- - - - - - - - - - - - - - - - - - - -   hier abschneiden   - - - - - - - - - - - - - - - - - - - -</w:t>
      </w:r>
    </w:p>
    <w:p>
      <w:pPr>
        <w:spacing w:before="280"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41"/>
        <w:gridCol w:w="3288"/>
        <w:gridCol w:w="2154"/>
        <w:gridCol w:w="2154"/>
      </w:tblGrid>
      <w:tr>
        <w:trPr>
          <w:trHeight w:val="1191" w:hRule="atLeast"/>
        </w:trPr>
        <w:tc>
          <w:tcPr>
            <w:tcW w:type="dxa" w:w="5329"/>
            <w:gridSpan w:val="2"/>
            <w:tcBorders>
              <w:top w:val="single" w:sz="12" w:space="0" w:color="243447"/>
              <w:left w:val="single" w:sz="12" w:space="0" w:color="243447"/>
            </w:tcBorders>
            <w:vAlign w:val="top"/>
          </w:tcPr>
          <w:p>
            <w:pPr>
              <w:spacing w:before="0" w:after="0"/>
            </w:pPr>
            <w:r>
              <w:rPr>
                <w:b/>
                <w:i w:val="0"/>
                <w:sz w:val="22"/>
                <w:u w:val="none"/>
              </w:rPr>
              <w:t>[Firma]</w:t>
            </w:r>
          </w:p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6"/>
                <w:u w:val="none"/>
              </w:rPr>
              <w:t>[Strasse Nr.] · [PLZ Ort]</w:t>
            </w:r>
          </w:p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6"/>
                <w:u w:val="none"/>
              </w:rPr>
              <w:t>[UID / MWST-Nr. CHE-…]</w:t>
            </w:r>
          </w:p>
        </w:tc>
        <w:tc>
          <w:tcPr>
            <w:tcW w:type="dxa" w:w="4308"/>
            <w:gridSpan w:val="2"/>
            <w:tcBorders>
              <w:top w:val="single" w:sz="12" w:space="0" w:color="243447"/>
              <w:right w:val="single" w:sz="12" w:space="0" w:color="243447"/>
            </w:tcBorders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sz w:val="32"/>
                <w:u w:val="none"/>
              </w:rPr>
              <w:t>Quittung</w:t>
            </w:r>
          </w:p>
          <w:p>
            <w:pPr>
              <w:spacing w:before="40" w:after="0"/>
              <w:jc w:val="right"/>
            </w:pPr>
            <w:r>
              <w:rPr>
                <w:b w:val="0"/>
                <w:i w:val="0"/>
                <w:color w:val="5F6B78"/>
                <w:sz w:val="18"/>
                <w:u w:val="none"/>
              </w:rPr>
              <w:t>Nr. ______________</w:t>
            </w:r>
          </w:p>
        </w:tc>
      </w:tr>
      <w:tr>
        <w:trPr>
          <w:trHeight w:val="850" w:hRule="atLeast"/>
        </w:trPr>
        <w:tc>
          <w:tcPr>
            <w:tcW w:type="dxa" w:w="2041"/>
            <w:tcBorders>
              <w:lef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sz w:val="18"/>
                <w:u w:val="none"/>
              </w:rPr>
              <w:t>Betrag CHF</w:t>
            </w:r>
          </w:p>
        </w:tc>
        <w:tc>
          <w:tcPr>
            <w:tcW w:type="dxa" w:w="7596"/>
            <w:gridSpan w:val="3"/>
            <w:tcBorders>
              <w:bottom w:val="dotted" w:sz="6" w:space="0" w:color="6B7682"/>
              <w:righ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</w:r>
          </w:p>
        </w:tc>
      </w:tr>
      <w:tr>
        <w:trPr>
          <w:trHeight w:val="737" w:hRule="atLeast"/>
        </w:trPr>
        <w:tc>
          <w:tcPr>
            <w:tcW w:type="dxa" w:w="2041"/>
            <w:tcBorders>
              <w:lef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Erhalten von</w:t>
            </w:r>
          </w:p>
        </w:tc>
        <w:tc>
          <w:tcPr>
            <w:tcW w:type="dxa" w:w="7596"/>
            <w:gridSpan w:val="3"/>
            <w:tcBorders>
              <w:bottom w:val="dotted" w:sz="6" w:space="0" w:color="6B7682"/>
              <w:righ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</w:r>
          </w:p>
        </w:tc>
      </w:tr>
      <w:tr>
        <w:trPr>
          <w:trHeight w:val="737" w:hRule="atLeast"/>
        </w:trPr>
        <w:tc>
          <w:tcPr>
            <w:tcW w:type="dxa" w:w="2041"/>
            <w:tcBorders>
              <w:lef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Betrag in Worten</w:t>
            </w:r>
          </w:p>
        </w:tc>
        <w:tc>
          <w:tcPr>
            <w:tcW w:type="dxa" w:w="7596"/>
            <w:gridSpan w:val="3"/>
            <w:tcBorders>
              <w:bottom w:val="dotted" w:sz="6" w:space="0" w:color="6B7682"/>
              <w:righ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</w:r>
          </w:p>
        </w:tc>
      </w:tr>
      <w:tr>
        <w:trPr>
          <w:trHeight w:val="737" w:hRule="atLeast"/>
        </w:trPr>
        <w:tc>
          <w:tcPr>
            <w:tcW w:type="dxa" w:w="2041"/>
            <w:tcBorders>
              <w:lef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für</w:t>
            </w:r>
          </w:p>
        </w:tc>
        <w:tc>
          <w:tcPr>
            <w:tcW w:type="dxa" w:w="7596"/>
            <w:gridSpan w:val="3"/>
            <w:tcBorders>
              <w:bottom w:val="dotted" w:sz="6" w:space="0" w:color="6B7682"/>
              <w:righ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color w:val="86909B"/>
                <w:sz w:val="18"/>
                <w:u w:val="none"/>
              </w:rPr>
              <w:t>[Ware oder Leistung]</w:t>
            </w:r>
          </w:p>
        </w:tc>
      </w:tr>
      <w:tr>
        <w:trPr>
          <w:trHeight w:val="737" w:hRule="atLeast"/>
        </w:trPr>
        <w:tc>
          <w:tcPr>
            <w:tcW w:type="dxa" w:w="2041"/>
            <w:tcBorders>
              <w:lef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MWST</w:t>
            </w:r>
          </w:p>
        </w:tc>
        <w:tc>
          <w:tcPr>
            <w:tcW w:type="dxa" w:w="7596"/>
            <w:gridSpan w:val="3"/>
            <w:tcBorders>
              <w:righ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☐ im Betrag enthalten: ______ % = CHF __________      ☐ ohne MWST</w:t>
            </w:r>
          </w:p>
        </w:tc>
      </w:tr>
      <w:tr>
        <w:trPr>
          <w:trHeight w:val="1134" w:hRule="atLeast"/>
        </w:trPr>
        <w:tc>
          <w:tcPr>
            <w:tcW w:type="dxa" w:w="2041"/>
            <w:tcBorders>
              <w:left w:val="single" w:sz="12" w:space="0" w:color="243447"/>
            </w:tcBorders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Ort, Datum</w:t>
            </w:r>
          </w:p>
        </w:tc>
        <w:tc>
          <w:tcPr>
            <w:tcW w:type="dxa" w:w="3288"/>
            <w:tcBorders>
              <w:bottom w:val="dotted" w:sz="6" w:space="0" w:color="6B7682"/>
            </w:tcBorders>
            <w:vAlign w:val="bottom"/>
          </w:tcPr>
          <w:p/>
        </w:tc>
        <w:tc>
          <w:tcPr>
            <w:tcW w:type="dxa" w:w="2154"/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Unterschrift Empfänger</w:t>
            </w:r>
          </w:p>
        </w:tc>
        <w:tc>
          <w:tcPr>
            <w:tcW w:type="dxa" w:w="2154"/>
            <w:tcBorders>
              <w:bottom w:val="dotted" w:sz="6" w:space="0" w:color="6B7682"/>
              <w:right w:val="single" w:sz="12" w:space="0" w:color="243447"/>
            </w:tcBorders>
            <w:vAlign w:val="bottom"/>
          </w:tcPr>
          <w:p/>
        </w:tc>
      </w:tr>
      <w:tr>
        <w:trPr>
          <w:trHeight w:val="340" w:hRule="atLeast"/>
        </w:trPr>
        <w:tc>
          <w:tcPr>
            <w:tcW w:type="dxa" w:w="9637"/>
            <w:gridSpan w:val="4"/>
            <w:tcBorders>
              <w:left w:val="single" w:sz="12" w:space="0" w:color="243447"/>
              <w:bottom w:val="single" w:sz="12" w:space="0" w:color="243447"/>
              <w:right w:val="single" w:sz="12" w:space="0" w:color="243447"/>
            </w:tcBorders>
            <w:vAlign w:val="center"/>
          </w:tcPr>
          <w:p/>
        </w:tc>
      </w:tr>
    </w:tbl>
    <w:p>
      <w:pPr>
        <w:spacing w:before="200" w:after="0"/>
      </w:pPr>
      <w:r>
        <w:rPr>
          <w:b w:val="0"/>
          <w:i/>
          <w:color w:val="86909B"/>
          <w:sz w:val="15"/>
          <w:u w:val="none"/>
        </w:rPr>
        <w:t>[Hinweis, vor dem Ausdrucken löschen: Sind Sie MWST-pflichtig, gehören Ihre MWST-Nummer, der Satz und der MWST-Betrag (oder «inkl. 8,1 % MWST») auf die Quittung. Bewahren Sie eine Kopie 10 Jahre auf.]</w:t>
      </w:r>
    </w:p>
    <w:sectPr w:rsidR="00FC693F" w:rsidRPr="0006063C" w:rsidSect="00034616">
      <w:pgSz w:w="11906" w:h="16838"/>
      <w:pgMar w:top="794" w:right="1134" w:bottom="68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</dc:title>
  <dc:subject/>
  <dc:creator>buerothema.ch</dc:creator>
  <cp:keywords/>
  <dc:description>Kostenlose Vorlage von buerothema.ch, ohne Gewähr.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