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sz w:val="32"/>
          <w:u w:val="none"/>
        </w:rPr>
        <w:t>[Firma]</w:t>
      </w:r>
    </w:p>
    <w:p>
      <w:pPr>
        <w:spacing w:before="60" w:after="0"/>
      </w:pPr>
      <w:r>
        <w:rPr>
          <w:b w:val="0"/>
          <w:i w:val="0"/>
          <w:color w:val="5F6B78"/>
          <w:sz w:val="17"/>
          <w:u w:val="none"/>
        </w:rPr>
        <w:t>[Strasse Nr.] · [PLZ Ort] · [Telefon] · [E-Mail] · [Website]</w:t>
      </w:r>
    </w:p>
    <w:p>
      <w:pPr>
        <w:spacing w:before="0" w:after="0"/>
      </w:pPr>
      <w:r>
        <w:rPr>
          <w:b w:val="0"/>
          <w:i w:val="0"/>
          <w:color w:val="5F6B78"/>
          <w:sz w:val="17"/>
          <w:u w:val="none"/>
        </w:rPr>
        <w:t>[UID / MWST-Nr. CHE-…]</w:t>
      </w:r>
    </w:p>
    <w:p>
      <w:pPr>
        <w:spacing w:before="200"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216"/>
        <w:gridCol w:w="4422"/>
      </w:tblGrid>
      <w:tr>
        <w:trPr>
          <w:trHeight w:val="1587" w:hRule="atLeast"/>
        </w:trPr>
        <w:tc>
          <w:tcPr>
            <w:tcW w:type="dxa" w:w="5216"/>
            <w:vAlign w:val="top"/>
          </w:tcPr>
          <w:p/>
        </w:tc>
        <w:tc>
          <w:tcPr>
            <w:tcW w:type="dxa" w:w="4422"/>
            <w:vAlign w:val="top"/>
          </w:tcPr>
          <w:p>
            <w:pPr>
              <w:spacing w:before="0" w:after="80"/>
            </w:pPr>
            <w:r>
              <w:rPr>
                <w:b w:val="0"/>
                <w:i w:val="0"/>
                <w:color w:val="5F6B78"/>
                <w:sz w:val="14"/>
                <w:u w:val="single"/>
              </w:rPr>
              <w:t>[Firma] · [Strasse Nr.] · [PLZ Ort]</w:t>
            </w:r>
          </w:p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  <w:t>[Firma Kundin oder Kunde]</w:t>
            </w:r>
          </w:p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  <w:t>[Vorname Name]</w:t>
            </w:r>
          </w:p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  <w:t>[Strasse Nr.]</w:t>
            </w:r>
          </w:p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  <w:t>[PLZ Ort]</w:t>
            </w:r>
          </w:p>
        </w:tc>
      </w:tr>
    </w:tbl>
    <w:p>
      <w:pPr>
        <w:spacing w:before="240" w:after="0"/>
      </w:pPr>
      <w:r>
        <w:rPr>
          <w:b w:val="0"/>
          <w:i w:val="0"/>
          <w:u w:val="none"/>
        </w:rPr>
        <w:t>[Ort], [Datum]</w:t>
      </w:r>
    </w:p>
    <w:p>
      <w:pPr>
        <w:spacing w:before="200" w:after="120"/>
      </w:pPr>
      <w:r>
        <w:rPr>
          <w:b/>
          <w:i w:val="0"/>
          <w:sz w:val="28"/>
          <w:u w:val="none"/>
        </w:rPr>
        <w:t>Rechnung Nr. [2026-001]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701"/>
        <w:gridCol w:w="3118"/>
        <w:gridCol w:w="1701"/>
        <w:gridCol w:w="3118"/>
      </w:tblGrid>
      <w:tr>
        <w:trPr>
          <w:trHeight w:val="312" w:hRule="atLeast"/>
        </w:trPr>
        <w:tc>
          <w:tcPr>
            <w:tcW w:type="dxa" w:w="170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Rechnungsdatum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[Datum]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Leistungsdatum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[Datum oder Zeitraum]</w:t>
            </w:r>
          </w:p>
        </w:tc>
      </w:tr>
      <w:tr>
        <w:trPr>
          <w:trHeight w:val="312" w:hRule="atLeast"/>
        </w:trPr>
        <w:tc>
          <w:tcPr>
            <w:tcW w:type="dxa" w:w="170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Kunden-Nr.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[Nummer]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Ihre Referenz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[z. B. Offerte 2026-001]</w:t>
            </w:r>
          </w:p>
        </w:tc>
      </w:tr>
      <w:tr>
        <w:trPr>
          <w:trHeight w:val="312" w:hRule="atLeast"/>
        </w:trPr>
        <w:tc>
          <w:tcPr>
            <w:tcW w:type="dxa" w:w="170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Zahlbar bis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[Datum, z. B. in 30 Tagen]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Ansprechperson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[Vorname Name]</w:t>
            </w:r>
          </w:p>
        </w:tc>
      </w:tr>
    </w:tbl>
    <w:p>
      <w:pPr>
        <w:spacing w:before="200" w:after="0"/>
      </w:pPr>
      <w:r>
        <w:rPr>
          <w:b w:val="0"/>
          <w:i w:val="0"/>
          <w:u w:val="none"/>
        </w:rPr>
        <w:t>[Sehr geehrte Frau / Sehr geehrter Herr] [Name]</w:t>
      </w:r>
    </w:p>
    <w:p>
      <w:pPr>
        <w:spacing w:before="120" w:after="120"/>
      </w:pPr>
      <w:r>
        <w:rPr>
          <w:b w:val="0"/>
          <w:i w:val="0"/>
          <w:u w:val="none"/>
        </w:rPr>
        <w:t>Besten Dank für Ihren Auftrag. Für unsere Leistungen stellen wir Ihnen in Rechnung: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4365"/>
        <w:gridCol w:w="907"/>
        <w:gridCol w:w="907"/>
        <w:gridCol w:w="1361"/>
        <w:gridCol w:w="1474"/>
      </w:tblGrid>
      <w:tr>
        <w:trPr>
          <w:trHeight w:val="397" w:hRule="atLeast"/>
        </w:trPr>
        <w:tc>
          <w:tcPr>
            <w:tcW w:type="dxa" w:w="624"/>
            <w:shd w:val="clear" w:color="auto" w:fill="2434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i w:val="0"/>
                <w:color w:val="FFFFFF"/>
                <w:sz w:val="17"/>
                <w:u w:val="none"/>
              </w:rPr>
              <w:t>Pos.</w:t>
            </w:r>
          </w:p>
        </w:tc>
        <w:tc>
          <w:tcPr>
            <w:tcW w:type="dxa" w:w="4365"/>
            <w:shd w:val="clear" w:color="auto" w:fill="2434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i w:val="0"/>
                <w:color w:val="FFFFFF"/>
                <w:sz w:val="17"/>
                <w:u w:val="none"/>
              </w:rPr>
              <w:t>Beschreibung</w:t>
            </w:r>
          </w:p>
        </w:tc>
        <w:tc>
          <w:tcPr>
            <w:tcW w:type="dxa" w:w="907"/>
            <w:shd w:val="clear" w:color="auto" w:fill="243447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color w:val="FFFFFF"/>
                <w:sz w:val="17"/>
                <w:u w:val="none"/>
              </w:rPr>
              <w:t>Menge</w:t>
            </w:r>
          </w:p>
        </w:tc>
        <w:tc>
          <w:tcPr>
            <w:tcW w:type="dxa" w:w="907"/>
            <w:shd w:val="clear" w:color="auto" w:fill="243447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color w:val="FFFFFF"/>
                <w:sz w:val="17"/>
                <w:u w:val="none"/>
              </w:rPr>
              <w:t>Einheit</w:t>
            </w:r>
          </w:p>
        </w:tc>
        <w:tc>
          <w:tcPr>
            <w:tcW w:type="dxa" w:w="1361"/>
            <w:shd w:val="clear" w:color="auto" w:fill="243447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color w:val="FFFFFF"/>
                <w:sz w:val="17"/>
                <w:u w:val="none"/>
              </w:rPr>
              <w:t>Preis CHF</w:t>
            </w:r>
          </w:p>
        </w:tc>
        <w:tc>
          <w:tcPr>
            <w:tcW w:type="dxa" w:w="1474"/>
            <w:shd w:val="clear" w:color="auto" w:fill="243447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color w:val="FFFFFF"/>
                <w:sz w:val="17"/>
                <w:u w:val="none"/>
              </w:rPr>
              <w:t>Total CHF</w:t>
            </w:r>
          </w:p>
        </w:tc>
      </w:tr>
      <w:tr>
        <w:trPr>
          <w:trHeight w:val="369" w:hRule="atLeast"/>
        </w:trPr>
        <w:tc>
          <w:tcPr>
            <w:tcW w:type="dxa" w:w="62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  <w:t>1</w:t>
            </w:r>
          </w:p>
        </w:tc>
        <w:tc>
          <w:tcPr>
            <w:tcW w:type="dxa" w:w="4365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  <w:t>[Beschreibung der Leistung oder des Artikels]</w:t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[0]</w:t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[Std.]</w:t>
            </w:r>
          </w:p>
        </w:tc>
        <w:tc>
          <w:tcPr>
            <w:tcW w:type="dxa" w:w="1361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[0.00]</w:t>
            </w:r>
          </w:p>
        </w:tc>
        <w:tc>
          <w:tcPr>
            <w:tcW w:type="dxa" w:w="147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[0.00]</w:t>
            </w:r>
          </w:p>
        </w:tc>
      </w:tr>
      <w:tr>
        <w:trPr>
          <w:trHeight w:val="369" w:hRule="atLeast"/>
        </w:trPr>
        <w:tc>
          <w:tcPr>
            <w:tcW w:type="dxa" w:w="62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  <w:t>2</w:t>
            </w:r>
          </w:p>
        </w:tc>
        <w:tc>
          <w:tcPr>
            <w:tcW w:type="dxa" w:w="4365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  <w:t>[Beschreibung]</w:t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[0]</w:t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[Stk.]</w:t>
            </w:r>
          </w:p>
        </w:tc>
        <w:tc>
          <w:tcPr>
            <w:tcW w:type="dxa" w:w="1361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[0.00]</w:t>
            </w:r>
          </w:p>
        </w:tc>
        <w:tc>
          <w:tcPr>
            <w:tcW w:type="dxa" w:w="147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[0.00]</w:t>
            </w:r>
          </w:p>
        </w:tc>
      </w:tr>
      <w:tr>
        <w:trPr>
          <w:trHeight w:val="369" w:hRule="atLeast"/>
        </w:trPr>
        <w:tc>
          <w:tcPr>
            <w:tcW w:type="dxa" w:w="62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  <w:t>3</w:t>
            </w:r>
          </w:p>
        </w:tc>
        <w:tc>
          <w:tcPr>
            <w:tcW w:type="dxa" w:w="4365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1361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147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</w:tr>
      <w:tr>
        <w:trPr>
          <w:trHeight w:val="369" w:hRule="atLeast"/>
        </w:trPr>
        <w:tc>
          <w:tcPr>
            <w:tcW w:type="dxa" w:w="62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  <w:t>4</w:t>
            </w:r>
          </w:p>
        </w:tc>
        <w:tc>
          <w:tcPr>
            <w:tcW w:type="dxa" w:w="4365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1361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147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</w:tr>
    </w:tbl>
    <w:p>
      <w:pPr>
        <w:spacing w:before="40"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3"/>
        <w:gridCol w:w="2835"/>
      </w:tblGrid>
      <w:tr>
        <w:trPr>
          <w:trHeight w:val="369" w:hRule="atLeast"/>
        </w:trPr>
        <w:tc>
          <w:tcPr>
            <w:tcW w:type="dxa" w:w="6803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Total exkl. MWST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[0.00]</w:t>
            </w:r>
          </w:p>
        </w:tc>
      </w:tr>
      <w:tr>
        <w:trPr>
          <w:trHeight w:val="369" w:hRule="atLeast"/>
        </w:trPr>
        <w:tc>
          <w:tcPr>
            <w:tcW w:type="dxa" w:w="6803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MWST 8,1 % auf CHF [0.00]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[0.00]</w:t>
            </w:r>
          </w:p>
        </w:tc>
      </w:tr>
      <w:tr>
        <w:trPr>
          <w:trHeight w:val="369" w:hRule="atLeast"/>
        </w:trPr>
        <w:tc>
          <w:tcPr>
            <w:tcW w:type="dxa" w:w="6803"/>
            <w:tcBorders>
              <w:top w:val="single" w:sz="12" w:space="0" w:color="243447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sz w:val="19"/>
                <w:u w:val="none"/>
              </w:rPr>
              <w:t>Total CHF inkl. MWST</w:t>
            </w:r>
          </w:p>
        </w:tc>
        <w:tc>
          <w:tcPr>
            <w:tcW w:type="dxa" w:w="2835"/>
            <w:tcBorders>
              <w:top w:val="single" w:sz="12" w:space="0" w:color="243447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sz w:val="19"/>
                <w:u w:val="none"/>
              </w:rPr>
              <w:t>[0.00]</w:t>
            </w:r>
          </w:p>
        </w:tc>
      </w:tr>
    </w:tbl>
    <w:p>
      <w:pPr>
        <w:spacing w:before="80" w:after="0"/>
      </w:pPr>
      <w:r>
        <w:rPr>
          <w:b w:val="0"/>
          <w:i/>
          <w:color w:val="86909B"/>
          <w:sz w:val="15"/>
          <w:u w:val="none"/>
        </w:rPr>
        <w:t>[Hinweis, vor dem Versand löschen: Für 2,6 % (reduzierter Satz) oder 3,8 % (Beherbergung) je eine eigene MWST-Zeile. Nicht MWST-pflichtig? MWST-Zeilen und MWST-Nummer löschen und nur «Total CHF» angeben. Summen und MWST rechnet die Excel-Fassung automatisch.]</w:t>
      </w:r>
    </w:p>
    <w:p>
      <w:pPr>
        <w:spacing w:before="200" w:after="0"/>
      </w:pPr>
      <w:r>
        <w:rPr>
          <w:b w:val="0"/>
          <w:i w:val="0"/>
          <w:u w:val="none"/>
        </w:rPr>
        <w:t>Zahlbar innert 30 Tagen bis [Datum] ohne Abzug.</w:t>
      </w:r>
    </w:p>
    <w:p>
      <w:pPr>
        <w:spacing w:before="60" w:after="0"/>
      </w:pPr>
      <w:r>
        <w:rPr>
          <w:b w:val="0"/>
          <w:i w:val="0"/>
          <w:u w:val="none"/>
        </w:rPr>
        <w:t>Bank: [Name der Bank] · IBAN: [CH00 0000 0000 0000 0000 0] · lautend auf [Firma], [PLZ Ort]</w:t>
      </w:r>
    </w:p>
    <w:p>
      <w:pPr>
        <w:spacing w:before="200" w:after="0"/>
      </w:pPr>
      <w:r>
        <w:rPr>
          <w:b w:val="0"/>
          <w:i w:val="0"/>
          <w:u w:val="none"/>
        </w:rPr>
        <w:t>Freundliche Grüsse</w:t>
      </w:r>
    </w:p>
    <w:p>
      <w:pPr>
        <w:spacing w:before="40" w:after="0"/>
      </w:pPr>
      <w:r>
        <w:rPr>
          <w:b w:val="0"/>
          <w:i w:val="0"/>
          <w:u w:val="none"/>
        </w:rPr>
        <w:t>[Firma]</w:t>
      </w:r>
    </w:p>
    <w:p>
      <w:pPr>
        <w:spacing w:before="320" w:after="0"/>
      </w:pPr>
      <w:r>
        <w:rPr>
          <w:b w:val="0"/>
          <w:i w:val="0"/>
          <w:u w:val="none"/>
        </w:rPr>
        <w:t>[Vorname Name, Funktion]</w:t>
      </w:r>
    </w:p>
    <w:p>
      <w:pPr>
        <w:spacing w:before="200"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020" w:hRule="atLeast"/>
        </w:trPr>
        <w:tc>
          <w:tcPr>
            <w:tcW w:type="dxa" w:w="9638"/>
            <w:tcBorders>
              <w:top w:val="dashed" w:sz="8" w:space="0" w:color="8A949E"/>
              <w:left w:val="dashed" w:sz="8" w:space="0" w:color="8A949E"/>
              <w:bottom w:val="dashed" w:sz="8" w:space="0" w:color="8A949E"/>
              <w:right w:val="dashed" w:sz="8" w:space="0" w:color="8A949E"/>
            </w:tcBorders>
            <w:shd w:val="clear" w:color="auto" w:fill="F6F8FA"/>
            <w:vAlign w:val="center"/>
          </w:tcPr>
          <w:p>
            <w:pPr>
              <w:spacing w:before="80" w:after="0"/>
            </w:pPr>
            <w:r>
              <w:rPr>
                <w:b/>
                <w:i w:val="0"/>
                <w:sz w:val="19"/>
                <w:u w:val="none"/>
              </w:rPr>
              <w:t>Zahlteil mit QR-Code: mit Ihrem E-Banking oder Rechnungsprogramm erzeugen</w:t>
            </w:r>
          </w:p>
          <w:p>
            <w:pPr>
              <w:spacing w:before="40" w:after="8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Diese Vorlage erzeugt keinen QR-Code. Fügen Sie den Zahlteil unten auf dieser Seite oder als eigene Seite an. Konto, Betrag und Referenz stehen dann im QR-Code.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F6B78"/>
        <w:sz w:val="15"/>
        <w:u w:val="none"/>
      </w:rPr>
      <w:t>[Firma] · [Strasse Nr.] · [PLZ Ort] · IBAN [CH00 0000 0000 0000 0000 0] · [UID / MWST-Nr. CHE-…]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subject/>
  <dc:creator>buerothema.ch</dc:creator>
  <cp:keywords/>
  <dc:description>Kostenlose Vorlage von buerothema.ch, ohne Gewähr.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